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91BCE4" w14:textId="77777777" w:rsidR="00022F0B" w:rsidRPr="00C2267F" w:rsidRDefault="00000000" w:rsidP="00C2267F">
      <w:pPr>
        <w:jc w:val="center"/>
        <w:rPr>
          <w:lang w:val="lv-LV"/>
        </w:rPr>
      </w:pPr>
      <w:r w:rsidRPr="00C2267F">
        <w:rPr>
          <w:b/>
          <w:sz w:val="32"/>
          <w:lang w:val="lv-LV"/>
        </w:rPr>
        <w:t>IEPIRKUMA NOLIKUMS</w:t>
      </w:r>
    </w:p>
    <w:p w14:paraId="2BEACA74" w14:textId="63AAEDCC" w:rsidR="00045F9A" w:rsidRDefault="00045F9A" w:rsidP="00045F9A">
      <w:pPr>
        <w:jc w:val="center"/>
      </w:pPr>
      <w:r>
        <w:rPr>
          <w:b/>
          <w:color w:val="1F1F1F"/>
        </w:rPr>
        <w:t>Būvdarbi objektā “Salu ferma” LAD projekta Nr. 26-04-C0LA0413-000048 ietvaros</w:t>
      </w:r>
    </w:p>
    <w:p w14:paraId="0C9D4E4A" w14:textId="3C271217" w:rsidR="00C2267F" w:rsidRDefault="00C2267F" w:rsidP="00C2267F">
      <w:pPr>
        <w:jc w:val="center"/>
        <w:rPr>
          <w:lang w:val="lv-LV"/>
        </w:rPr>
      </w:pPr>
      <w:r>
        <w:rPr>
          <w:lang w:val="lv-LV"/>
        </w:rPr>
        <w:t xml:space="preserve">(turpmāk – </w:t>
      </w:r>
      <w:r>
        <w:rPr>
          <w:b/>
          <w:bCs/>
          <w:lang w:val="lv-LV"/>
        </w:rPr>
        <w:t>iepirkums</w:t>
      </w:r>
      <w:r>
        <w:rPr>
          <w:lang w:val="lv-LV"/>
        </w:rPr>
        <w:t>)</w:t>
      </w:r>
    </w:p>
    <w:p w14:paraId="36CB3A54" w14:textId="77777777" w:rsidR="00C2267F" w:rsidRPr="00C2267F" w:rsidRDefault="00C2267F" w:rsidP="00C2267F">
      <w:pPr>
        <w:jc w:val="center"/>
        <w:rPr>
          <w:lang w:val="lv-LV"/>
        </w:rPr>
      </w:pPr>
    </w:p>
    <w:p w14:paraId="619EC93C" w14:textId="43661A1D" w:rsidR="00022F0B" w:rsidRPr="00C2267F" w:rsidRDefault="00000000" w:rsidP="00C2267F">
      <w:pPr>
        <w:jc w:val="both"/>
        <w:rPr>
          <w:lang w:val="lv-LV"/>
        </w:rPr>
      </w:pPr>
      <w:r w:rsidRPr="00C2267F">
        <w:rPr>
          <w:lang w:val="lv-LV"/>
        </w:rPr>
        <w:t>Identifikācijas Nr.</w:t>
      </w:r>
      <w:r w:rsidR="006A620D">
        <w:rPr>
          <w:lang w:val="lv-LV"/>
        </w:rPr>
        <w:t xml:space="preserve"> LP-2026-01</w:t>
      </w:r>
    </w:p>
    <w:p w14:paraId="239AF97C" w14:textId="791BFE1E" w:rsidR="00022F0B" w:rsidRDefault="00000000" w:rsidP="00C2267F">
      <w:pPr>
        <w:jc w:val="both"/>
        <w:rPr>
          <w:lang w:val="lv-LV"/>
        </w:rPr>
      </w:pPr>
      <w:r w:rsidRPr="00C2267F">
        <w:rPr>
          <w:lang w:val="lv-LV"/>
        </w:rPr>
        <w:t>Iepirkums tiek organizēts saskaņā ar Ministru kabineta 2017. gada 28. februāra noteikumiem Nr. 104 “Noteikumi par iepirkuma procedūru un tās piemērošanas kārtību pasūtītāja finansētiem projektiem” un</w:t>
      </w:r>
      <w:r w:rsidR="00045F9A">
        <w:rPr>
          <w:lang w:val="lv-LV"/>
        </w:rPr>
        <w:t xml:space="preserve"> </w:t>
      </w:r>
      <w:r w:rsidR="00045F9A" w:rsidRPr="00045F9A">
        <w:rPr>
          <w:lang w:val="lv-LV"/>
        </w:rPr>
        <w:t>un Lauku atbalsta dienesta projektam piemērojamajām prasībām</w:t>
      </w:r>
      <w:r w:rsidRPr="00C2267F">
        <w:rPr>
          <w:lang w:val="lv-LV"/>
        </w:rPr>
        <w:t xml:space="preserve"> </w:t>
      </w:r>
      <w:r w:rsidR="00045F9A" w:rsidRPr="00045F9A">
        <w:rPr>
          <w:b/>
          <w:color w:val="1F1F1F"/>
          <w:lang w:val="lv-LV"/>
        </w:rPr>
        <w:t xml:space="preserve">objektā “Salu ferma” </w:t>
      </w:r>
      <w:r w:rsidR="00045F9A">
        <w:rPr>
          <w:b/>
          <w:color w:val="1F1F1F"/>
          <w:lang w:val="lv-LV"/>
        </w:rPr>
        <w:t xml:space="preserve">LAD </w:t>
      </w:r>
      <w:r w:rsidR="00045F9A" w:rsidRPr="00045F9A">
        <w:rPr>
          <w:b/>
          <w:color w:val="1F1F1F"/>
          <w:lang w:val="lv-LV"/>
        </w:rPr>
        <w:t>projekta Nr. 26-04-C0LA0413-000048 ietvaros</w:t>
      </w:r>
      <w:r w:rsidR="00045F9A">
        <w:rPr>
          <w:b/>
          <w:color w:val="1F1F1F"/>
          <w:lang w:val="lv-LV"/>
        </w:rPr>
        <w:t>.</w:t>
      </w:r>
    </w:p>
    <w:p w14:paraId="1B6959DE" w14:textId="77777777" w:rsidR="00C2267F" w:rsidRPr="00C2267F" w:rsidRDefault="00C2267F" w:rsidP="00C2267F">
      <w:pPr>
        <w:jc w:val="both"/>
        <w:rPr>
          <w:lang w:val="lv-LV"/>
        </w:rPr>
      </w:pPr>
    </w:p>
    <w:p w14:paraId="0B61D91A" w14:textId="77777777" w:rsidR="00022F0B" w:rsidRPr="00C2267F" w:rsidRDefault="00000000" w:rsidP="00C2267F">
      <w:pPr>
        <w:spacing w:before="100"/>
        <w:jc w:val="both"/>
        <w:rPr>
          <w:lang w:val="lv-LV"/>
        </w:rPr>
      </w:pPr>
      <w:r w:rsidRPr="00C2267F">
        <w:rPr>
          <w:b/>
          <w:lang w:val="lv-LV"/>
        </w:rPr>
        <w:t>1. Pasūtītājs</w:t>
      </w:r>
    </w:p>
    <w:tbl>
      <w:tblPr>
        <w:tblStyle w:val="TableGrid"/>
        <w:tblW w:w="0" w:type="auto"/>
        <w:jc w:val="center"/>
        <w:tblLook w:val="04A0" w:firstRow="1" w:lastRow="0" w:firstColumn="1" w:lastColumn="0" w:noHBand="0" w:noVBand="1"/>
      </w:tblPr>
      <w:tblGrid>
        <w:gridCol w:w="2835"/>
        <w:gridCol w:w="6520"/>
      </w:tblGrid>
      <w:tr w:rsidR="00045F9A" w:rsidRPr="00C2267F" w14:paraId="264BE9D6" w14:textId="77777777">
        <w:trPr>
          <w:jc w:val="center"/>
        </w:trPr>
        <w:tc>
          <w:tcPr>
            <w:tcW w:w="2835" w:type="dxa"/>
            <w:tcMar>
              <w:top w:w="70" w:type="dxa"/>
              <w:left w:w="70" w:type="dxa"/>
              <w:bottom w:w="70" w:type="dxa"/>
              <w:right w:w="70" w:type="dxa"/>
            </w:tcMar>
            <w:vAlign w:val="center"/>
          </w:tcPr>
          <w:p w14:paraId="43D25FC2" w14:textId="77777777" w:rsidR="00045F9A" w:rsidRPr="00C2267F" w:rsidRDefault="00045F9A" w:rsidP="00045F9A">
            <w:pPr>
              <w:spacing w:after="0"/>
              <w:jc w:val="both"/>
              <w:rPr>
                <w:lang w:val="lv-LV"/>
              </w:rPr>
            </w:pPr>
            <w:r w:rsidRPr="00C2267F">
              <w:rPr>
                <w:sz w:val="21"/>
                <w:lang w:val="lv-LV"/>
              </w:rPr>
              <w:t>Pasūtītāja nosaukums</w:t>
            </w:r>
          </w:p>
        </w:tc>
        <w:tc>
          <w:tcPr>
            <w:tcW w:w="6520" w:type="dxa"/>
            <w:tcMar>
              <w:top w:w="70" w:type="dxa"/>
              <w:left w:w="70" w:type="dxa"/>
              <w:bottom w:w="70" w:type="dxa"/>
              <w:right w:w="70" w:type="dxa"/>
            </w:tcMar>
            <w:vAlign w:val="center"/>
          </w:tcPr>
          <w:p w14:paraId="78B080D8" w14:textId="57E2F1C2" w:rsidR="00045F9A" w:rsidRPr="00C2267F" w:rsidRDefault="00045F9A" w:rsidP="00045F9A">
            <w:pPr>
              <w:spacing w:after="0"/>
              <w:jc w:val="both"/>
              <w:rPr>
                <w:lang w:val="lv-LV"/>
              </w:rPr>
            </w:pPr>
            <w:r>
              <w:t>SIA “Lāčplēša piens”</w:t>
            </w:r>
          </w:p>
        </w:tc>
      </w:tr>
      <w:tr w:rsidR="00045F9A" w:rsidRPr="00C2267F" w14:paraId="5ECDA32C" w14:textId="77777777">
        <w:trPr>
          <w:jc w:val="center"/>
        </w:trPr>
        <w:tc>
          <w:tcPr>
            <w:tcW w:w="2835" w:type="dxa"/>
            <w:tcMar>
              <w:top w:w="70" w:type="dxa"/>
              <w:left w:w="70" w:type="dxa"/>
              <w:bottom w:w="70" w:type="dxa"/>
              <w:right w:w="70" w:type="dxa"/>
            </w:tcMar>
            <w:vAlign w:val="center"/>
          </w:tcPr>
          <w:p w14:paraId="49568AE3" w14:textId="77777777" w:rsidR="00045F9A" w:rsidRPr="00C2267F" w:rsidRDefault="00045F9A" w:rsidP="00045F9A">
            <w:pPr>
              <w:spacing w:after="0"/>
              <w:jc w:val="both"/>
              <w:rPr>
                <w:lang w:val="lv-LV"/>
              </w:rPr>
            </w:pPr>
            <w:r w:rsidRPr="00C2267F">
              <w:rPr>
                <w:sz w:val="21"/>
                <w:lang w:val="lv-LV"/>
              </w:rPr>
              <w:t>Reģistrācijas numurs</w:t>
            </w:r>
          </w:p>
        </w:tc>
        <w:tc>
          <w:tcPr>
            <w:tcW w:w="6520" w:type="dxa"/>
            <w:tcMar>
              <w:top w:w="70" w:type="dxa"/>
              <w:left w:w="70" w:type="dxa"/>
              <w:bottom w:w="70" w:type="dxa"/>
              <w:right w:w="70" w:type="dxa"/>
            </w:tcMar>
            <w:vAlign w:val="center"/>
          </w:tcPr>
          <w:p w14:paraId="181AFFA2" w14:textId="3706150E" w:rsidR="00045F9A" w:rsidRPr="00C2267F" w:rsidRDefault="00045F9A" w:rsidP="00045F9A">
            <w:pPr>
              <w:spacing w:after="0"/>
              <w:jc w:val="both"/>
              <w:rPr>
                <w:lang w:val="lv-LV"/>
              </w:rPr>
            </w:pPr>
            <w:r>
              <w:t>40003491768</w:t>
            </w:r>
          </w:p>
        </w:tc>
      </w:tr>
      <w:tr w:rsidR="00045F9A" w:rsidRPr="00C2267F" w14:paraId="70975E0E" w14:textId="77777777">
        <w:trPr>
          <w:jc w:val="center"/>
        </w:trPr>
        <w:tc>
          <w:tcPr>
            <w:tcW w:w="2835" w:type="dxa"/>
            <w:tcMar>
              <w:top w:w="70" w:type="dxa"/>
              <w:left w:w="70" w:type="dxa"/>
              <w:bottom w:w="70" w:type="dxa"/>
              <w:right w:w="70" w:type="dxa"/>
            </w:tcMar>
            <w:vAlign w:val="center"/>
          </w:tcPr>
          <w:p w14:paraId="11F9A71A" w14:textId="77777777" w:rsidR="00045F9A" w:rsidRPr="00C2267F" w:rsidRDefault="00045F9A" w:rsidP="00045F9A">
            <w:pPr>
              <w:spacing w:after="0"/>
              <w:jc w:val="both"/>
              <w:rPr>
                <w:lang w:val="lv-LV"/>
              </w:rPr>
            </w:pPr>
            <w:r w:rsidRPr="00C2267F">
              <w:rPr>
                <w:sz w:val="21"/>
                <w:lang w:val="lv-LV"/>
              </w:rPr>
              <w:t>Juridiskā adrese</w:t>
            </w:r>
          </w:p>
        </w:tc>
        <w:tc>
          <w:tcPr>
            <w:tcW w:w="6520" w:type="dxa"/>
            <w:tcMar>
              <w:top w:w="70" w:type="dxa"/>
              <w:left w:w="70" w:type="dxa"/>
              <w:bottom w:w="70" w:type="dxa"/>
              <w:right w:w="70" w:type="dxa"/>
            </w:tcMar>
            <w:vAlign w:val="center"/>
          </w:tcPr>
          <w:p w14:paraId="318C5B4D" w14:textId="7FF687D8" w:rsidR="00045F9A" w:rsidRPr="00C2267F" w:rsidRDefault="00045F9A" w:rsidP="00045F9A">
            <w:pPr>
              <w:spacing w:after="0"/>
              <w:jc w:val="both"/>
              <w:rPr>
                <w:lang w:val="lv-LV"/>
              </w:rPr>
            </w:pPr>
            <w:r>
              <w:t>“Salu ferma”, Lielvārdes pagasts, Ogres nov., LV-5070</w:t>
            </w:r>
          </w:p>
        </w:tc>
      </w:tr>
      <w:tr w:rsidR="00045F9A" w:rsidRPr="00C2267F" w14:paraId="2AB51172" w14:textId="77777777">
        <w:trPr>
          <w:jc w:val="center"/>
        </w:trPr>
        <w:tc>
          <w:tcPr>
            <w:tcW w:w="2835" w:type="dxa"/>
            <w:tcMar>
              <w:top w:w="70" w:type="dxa"/>
              <w:left w:w="70" w:type="dxa"/>
              <w:bottom w:w="70" w:type="dxa"/>
              <w:right w:w="70" w:type="dxa"/>
            </w:tcMar>
            <w:vAlign w:val="center"/>
          </w:tcPr>
          <w:p w14:paraId="7A002B0E" w14:textId="77777777" w:rsidR="00045F9A" w:rsidRPr="00C2267F" w:rsidRDefault="00045F9A" w:rsidP="00045F9A">
            <w:pPr>
              <w:spacing w:after="0"/>
              <w:jc w:val="both"/>
              <w:rPr>
                <w:lang w:val="lv-LV"/>
              </w:rPr>
            </w:pPr>
            <w:r w:rsidRPr="00C2267F">
              <w:rPr>
                <w:sz w:val="21"/>
                <w:lang w:val="lv-LV"/>
              </w:rPr>
              <w:t>Kontaktpersona</w:t>
            </w:r>
          </w:p>
        </w:tc>
        <w:tc>
          <w:tcPr>
            <w:tcW w:w="6520" w:type="dxa"/>
            <w:tcMar>
              <w:top w:w="70" w:type="dxa"/>
              <w:left w:w="70" w:type="dxa"/>
              <w:bottom w:w="70" w:type="dxa"/>
              <w:right w:w="70" w:type="dxa"/>
            </w:tcMar>
            <w:vAlign w:val="center"/>
          </w:tcPr>
          <w:p w14:paraId="7380AE8B" w14:textId="588A0980" w:rsidR="00045F9A" w:rsidRPr="00C2267F" w:rsidRDefault="00045F9A" w:rsidP="00045F9A">
            <w:pPr>
              <w:spacing w:after="0"/>
              <w:jc w:val="both"/>
              <w:rPr>
                <w:lang w:val="lv-LV"/>
              </w:rPr>
            </w:pPr>
            <w:r>
              <w:rPr>
                <w:lang w:val="lv-LV"/>
              </w:rPr>
              <w:t>Raivo Oskars Dzilna</w:t>
            </w:r>
          </w:p>
        </w:tc>
      </w:tr>
      <w:tr w:rsidR="00045F9A" w:rsidRPr="00C2267F" w14:paraId="68B5E53C" w14:textId="77777777">
        <w:trPr>
          <w:jc w:val="center"/>
        </w:trPr>
        <w:tc>
          <w:tcPr>
            <w:tcW w:w="2835" w:type="dxa"/>
            <w:tcMar>
              <w:top w:w="70" w:type="dxa"/>
              <w:left w:w="70" w:type="dxa"/>
              <w:bottom w:w="70" w:type="dxa"/>
              <w:right w:w="70" w:type="dxa"/>
            </w:tcMar>
            <w:vAlign w:val="center"/>
          </w:tcPr>
          <w:p w14:paraId="7F6AFB22" w14:textId="77777777" w:rsidR="00045F9A" w:rsidRPr="00C2267F" w:rsidRDefault="00045F9A" w:rsidP="00045F9A">
            <w:pPr>
              <w:spacing w:after="0"/>
              <w:jc w:val="both"/>
              <w:rPr>
                <w:lang w:val="lv-LV"/>
              </w:rPr>
            </w:pPr>
            <w:r w:rsidRPr="00C2267F">
              <w:rPr>
                <w:sz w:val="21"/>
                <w:lang w:val="lv-LV"/>
              </w:rPr>
              <w:t>Tālruņa numurs</w:t>
            </w:r>
          </w:p>
        </w:tc>
        <w:tc>
          <w:tcPr>
            <w:tcW w:w="6520" w:type="dxa"/>
            <w:tcMar>
              <w:top w:w="70" w:type="dxa"/>
              <w:left w:w="70" w:type="dxa"/>
              <w:bottom w:w="70" w:type="dxa"/>
              <w:right w:w="70" w:type="dxa"/>
            </w:tcMar>
            <w:vAlign w:val="center"/>
          </w:tcPr>
          <w:p w14:paraId="46313472" w14:textId="1E44F0B7" w:rsidR="00045F9A" w:rsidRPr="00C2267F" w:rsidRDefault="00045F9A" w:rsidP="00045F9A">
            <w:pPr>
              <w:spacing w:after="0"/>
              <w:jc w:val="both"/>
              <w:rPr>
                <w:lang w:val="lv-LV"/>
              </w:rPr>
            </w:pPr>
            <w:r>
              <w:t>+371 20223214</w:t>
            </w:r>
          </w:p>
        </w:tc>
      </w:tr>
      <w:tr w:rsidR="00045F9A" w:rsidRPr="00C2267F" w14:paraId="30E35489" w14:textId="77777777">
        <w:trPr>
          <w:jc w:val="center"/>
        </w:trPr>
        <w:tc>
          <w:tcPr>
            <w:tcW w:w="2835" w:type="dxa"/>
            <w:tcMar>
              <w:top w:w="70" w:type="dxa"/>
              <w:left w:w="70" w:type="dxa"/>
              <w:bottom w:w="70" w:type="dxa"/>
              <w:right w:w="70" w:type="dxa"/>
            </w:tcMar>
            <w:vAlign w:val="center"/>
          </w:tcPr>
          <w:p w14:paraId="25281740" w14:textId="77777777" w:rsidR="00045F9A" w:rsidRPr="00C2267F" w:rsidRDefault="00045F9A" w:rsidP="00045F9A">
            <w:pPr>
              <w:spacing w:after="0"/>
              <w:jc w:val="both"/>
              <w:rPr>
                <w:lang w:val="lv-LV"/>
              </w:rPr>
            </w:pPr>
            <w:r w:rsidRPr="00C2267F">
              <w:rPr>
                <w:sz w:val="21"/>
                <w:lang w:val="lv-LV"/>
              </w:rPr>
              <w:t>E-pasta adrese</w:t>
            </w:r>
          </w:p>
        </w:tc>
        <w:tc>
          <w:tcPr>
            <w:tcW w:w="6520" w:type="dxa"/>
            <w:tcMar>
              <w:top w:w="70" w:type="dxa"/>
              <w:left w:w="70" w:type="dxa"/>
              <w:bottom w:w="70" w:type="dxa"/>
              <w:right w:w="70" w:type="dxa"/>
            </w:tcMar>
            <w:vAlign w:val="center"/>
          </w:tcPr>
          <w:p w14:paraId="0E10ADAC" w14:textId="264B5549" w:rsidR="00045F9A" w:rsidRPr="00C2267F" w:rsidRDefault="00045F9A" w:rsidP="00045F9A">
            <w:pPr>
              <w:spacing w:after="0"/>
              <w:jc w:val="both"/>
              <w:rPr>
                <w:lang w:val="lv-LV"/>
              </w:rPr>
            </w:pPr>
            <w:r>
              <w:t>raivo.dzilna@gmail.com</w:t>
            </w:r>
          </w:p>
        </w:tc>
      </w:tr>
    </w:tbl>
    <w:p w14:paraId="7F01059E" w14:textId="77777777" w:rsidR="00C2267F" w:rsidRDefault="00C2267F" w:rsidP="00C2267F">
      <w:pPr>
        <w:spacing w:before="100"/>
        <w:jc w:val="both"/>
        <w:rPr>
          <w:b/>
          <w:lang w:val="lv-LV"/>
        </w:rPr>
      </w:pPr>
    </w:p>
    <w:p w14:paraId="1C2ED653" w14:textId="45418E68" w:rsidR="00022F0B" w:rsidRPr="00C2267F" w:rsidRDefault="00000000" w:rsidP="00C2267F">
      <w:pPr>
        <w:spacing w:before="100"/>
        <w:jc w:val="both"/>
        <w:rPr>
          <w:lang w:val="lv-LV"/>
        </w:rPr>
      </w:pPr>
      <w:r w:rsidRPr="00C2267F">
        <w:rPr>
          <w:b/>
          <w:lang w:val="lv-LV"/>
        </w:rPr>
        <w:t>2. Iepirkuma priekšmets</w:t>
      </w:r>
    </w:p>
    <w:p w14:paraId="4BE0FDBA" w14:textId="123EE822" w:rsidR="00022F0B" w:rsidRPr="00C2267F" w:rsidRDefault="00000000" w:rsidP="00C2267F">
      <w:pPr>
        <w:jc w:val="both"/>
        <w:rPr>
          <w:lang w:val="lv-LV"/>
        </w:rPr>
      </w:pPr>
      <w:r w:rsidRPr="00C2267F">
        <w:rPr>
          <w:lang w:val="lv-LV"/>
        </w:rPr>
        <w:t xml:space="preserve">2.1. Iepirkuma priekšmeta apraksts: </w:t>
      </w:r>
      <w:r w:rsidR="00C2267F" w:rsidRPr="00C2267F">
        <w:rPr>
          <w:lang w:val="lv-LV"/>
        </w:rPr>
        <w:t xml:space="preserve">Slaucamo govju kūts kompleksa </w:t>
      </w:r>
      <w:r w:rsidR="000260C2">
        <w:rPr>
          <w:lang w:val="lv-LV"/>
        </w:rPr>
        <w:t>pār</w:t>
      </w:r>
      <w:r w:rsidR="00C2267F" w:rsidRPr="00C2267F">
        <w:rPr>
          <w:lang w:val="lv-LV"/>
        </w:rPr>
        <w:t>būve īpašumā</w:t>
      </w:r>
      <w:r w:rsidR="00045F9A">
        <w:rPr>
          <w:lang w:val="lv-LV"/>
        </w:rPr>
        <w:t xml:space="preserve"> </w:t>
      </w:r>
      <w:r w:rsidR="00045F9A" w:rsidRPr="00045F9A">
        <w:rPr>
          <w:lang w:val="lv-LV"/>
        </w:rPr>
        <w:t>“Salu ferma”, Lielvārdes pagasts, Ogres nov., LV-5070</w:t>
      </w:r>
      <w:r w:rsidR="00045F9A">
        <w:rPr>
          <w:lang w:val="lv-LV"/>
        </w:rPr>
        <w:t>.</w:t>
      </w:r>
    </w:p>
    <w:p w14:paraId="11729EAB" w14:textId="0DEC0C58" w:rsidR="00022F0B" w:rsidRPr="00C2267F" w:rsidRDefault="00000000" w:rsidP="00C2267F">
      <w:pPr>
        <w:jc w:val="both"/>
        <w:rPr>
          <w:lang w:val="lv-LV"/>
        </w:rPr>
      </w:pPr>
      <w:r w:rsidRPr="00C2267F">
        <w:rPr>
          <w:lang w:val="lv-LV"/>
        </w:rPr>
        <w:t>2.2. Līguma veids:</w:t>
      </w:r>
      <w:r w:rsidR="00C2267F">
        <w:rPr>
          <w:lang w:val="lv-LV"/>
        </w:rPr>
        <w:t xml:space="preserve"> Būvdarbi</w:t>
      </w:r>
      <w:r w:rsidRPr="00C2267F">
        <w:rPr>
          <w:lang w:val="lv-LV"/>
        </w:rPr>
        <w:t>.</w:t>
      </w:r>
    </w:p>
    <w:p w14:paraId="79EEC19D" w14:textId="77777777" w:rsidR="00045F9A" w:rsidRDefault="00000000" w:rsidP="00045F9A">
      <w:r w:rsidRPr="00C2267F">
        <w:rPr>
          <w:lang w:val="lv-LV"/>
        </w:rPr>
        <w:t xml:space="preserve">2.3. Paredzamā līguma izpildes vieta: </w:t>
      </w:r>
      <w:r w:rsidR="00045F9A">
        <w:t>“Salu ferma”, Lielvārdes pagasts, Ogres novads, LV-5070.</w:t>
      </w:r>
    </w:p>
    <w:p w14:paraId="5A53E7C8" w14:textId="43DBFC2C" w:rsidR="00022F0B" w:rsidRPr="00C2267F" w:rsidRDefault="00000000" w:rsidP="00C2267F">
      <w:pPr>
        <w:jc w:val="both"/>
        <w:rPr>
          <w:lang w:val="lv-LV"/>
        </w:rPr>
      </w:pPr>
      <w:r w:rsidRPr="00C2267F">
        <w:rPr>
          <w:lang w:val="lv-LV"/>
        </w:rPr>
        <w:t xml:space="preserve">2.4. Līguma izpildes termiņš: </w:t>
      </w:r>
      <w:r w:rsidR="00045F9A">
        <w:rPr>
          <w:lang w:val="lv-LV"/>
        </w:rPr>
        <w:t>30.11.2027</w:t>
      </w:r>
      <w:r w:rsidRPr="00C2267F">
        <w:rPr>
          <w:lang w:val="lv-LV"/>
        </w:rPr>
        <w:t>.</w:t>
      </w:r>
    </w:p>
    <w:p w14:paraId="5FEFC596" w14:textId="61347843" w:rsidR="00022F0B" w:rsidRPr="00C2267F" w:rsidRDefault="00000000" w:rsidP="00C2267F">
      <w:pPr>
        <w:jc w:val="both"/>
        <w:rPr>
          <w:lang w:val="lv-LV"/>
        </w:rPr>
      </w:pPr>
      <w:r w:rsidRPr="00C2267F">
        <w:rPr>
          <w:lang w:val="lv-LV"/>
        </w:rPr>
        <w:t xml:space="preserve">2.5. Paredzamā līgumcena: </w:t>
      </w:r>
      <w:r w:rsidR="00045F9A">
        <w:rPr>
          <w:lang w:val="lv-LV"/>
        </w:rPr>
        <w:t xml:space="preserve">758 076,00 </w:t>
      </w:r>
      <w:r w:rsidRPr="00C2267F">
        <w:rPr>
          <w:lang w:val="lv-LV"/>
        </w:rPr>
        <w:t>EUR bez PVN.</w:t>
      </w:r>
    </w:p>
    <w:p w14:paraId="0C7BF4D8" w14:textId="30BE8DE4" w:rsidR="00022F0B" w:rsidRDefault="00000000" w:rsidP="00C2267F">
      <w:pPr>
        <w:jc w:val="both"/>
        <w:rPr>
          <w:lang w:val="lv-LV"/>
        </w:rPr>
      </w:pPr>
      <w:r w:rsidRPr="00C2267F">
        <w:rPr>
          <w:lang w:val="lv-LV"/>
        </w:rPr>
        <w:t>2.6. Piedāvājuma derīguma termiņš:</w:t>
      </w:r>
      <w:r w:rsidR="000260C2">
        <w:rPr>
          <w:lang w:val="lv-LV"/>
        </w:rPr>
        <w:t xml:space="preserve"> </w:t>
      </w:r>
      <w:r w:rsidR="006A620D">
        <w:rPr>
          <w:lang w:val="lv-LV"/>
        </w:rPr>
        <w:t>1</w:t>
      </w:r>
      <w:r w:rsidR="00505034">
        <w:rPr>
          <w:lang w:val="lv-LV"/>
        </w:rPr>
        <w:t>6</w:t>
      </w:r>
      <w:r w:rsidR="000260C2">
        <w:rPr>
          <w:lang w:val="lv-LV"/>
        </w:rPr>
        <w:t>.11.2026</w:t>
      </w:r>
      <w:r w:rsidRPr="00C2267F">
        <w:rPr>
          <w:lang w:val="lv-LV"/>
        </w:rPr>
        <w:t>.</w:t>
      </w:r>
    </w:p>
    <w:p w14:paraId="7074A096" w14:textId="77777777" w:rsidR="00C2267F" w:rsidRPr="00C2267F" w:rsidRDefault="00C2267F" w:rsidP="00C2267F">
      <w:pPr>
        <w:jc w:val="both"/>
        <w:rPr>
          <w:lang w:val="lv-LV"/>
        </w:rPr>
      </w:pPr>
    </w:p>
    <w:p w14:paraId="0A6CC4C9" w14:textId="77777777" w:rsidR="00022F0B" w:rsidRPr="00C2267F" w:rsidRDefault="00000000" w:rsidP="00C2267F">
      <w:pPr>
        <w:spacing w:before="100"/>
        <w:jc w:val="both"/>
        <w:rPr>
          <w:lang w:val="lv-LV"/>
        </w:rPr>
      </w:pPr>
      <w:r w:rsidRPr="00C2267F">
        <w:rPr>
          <w:b/>
          <w:lang w:val="lv-LV"/>
        </w:rPr>
        <w:t>3. Piedāvājuma iesniegšanas prasības</w:t>
      </w:r>
    </w:p>
    <w:p w14:paraId="09C5FCFC" w14:textId="17ABECE8" w:rsidR="00022F0B" w:rsidRPr="00C2267F" w:rsidRDefault="00000000" w:rsidP="00C2267F">
      <w:pPr>
        <w:jc w:val="both"/>
        <w:rPr>
          <w:lang w:val="lv-LV"/>
        </w:rPr>
      </w:pPr>
      <w:r w:rsidRPr="00C2267F">
        <w:rPr>
          <w:lang w:val="lv-LV"/>
        </w:rPr>
        <w:t xml:space="preserve">3.1. Būvprojektu, tehnisko specifikāciju, būvdarbu apjomus un citus iepirkuma dokumentus iespējams saņemt </w:t>
      </w:r>
      <w:r w:rsidR="00C2267F" w:rsidRPr="00C2267F">
        <w:rPr>
          <w:lang w:val="lv-LV"/>
        </w:rPr>
        <w:t>vēršoties pie Pasūtītāja norādītās kontaktpersonas, nosūtot pieprasījumu uz kontaktpersonas norādīto e-pastu, norādot uzņēmuma nosaukumu un reģistrācijas numuru</w:t>
      </w:r>
      <w:r w:rsidRPr="00C2267F">
        <w:rPr>
          <w:lang w:val="lv-LV"/>
        </w:rPr>
        <w:t>.</w:t>
      </w:r>
    </w:p>
    <w:p w14:paraId="26B734D0" w14:textId="1C889ACC" w:rsidR="000260C2" w:rsidRPr="00C2267F" w:rsidRDefault="00000000" w:rsidP="000260C2">
      <w:pPr>
        <w:spacing w:after="0"/>
        <w:jc w:val="both"/>
        <w:rPr>
          <w:lang w:val="lv-LV"/>
        </w:rPr>
      </w:pPr>
      <w:r w:rsidRPr="00C2267F">
        <w:rPr>
          <w:lang w:val="lv-LV"/>
        </w:rPr>
        <w:t xml:space="preserve">3.2. Piedāvājuma iesniegšanas termiņš: </w:t>
      </w:r>
      <w:r w:rsidR="006A620D">
        <w:rPr>
          <w:lang w:val="lv-LV"/>
        </w:rPr>
        <w:t>1</w:t>
      </w:r>
      <w:r w:rsidR="00505034">
        <w:rPr>
          <w:lang w:val="lv-LV"/>
        </w:rPr>
        <w:t>6</w:t>
      </w:r>
      <w:r w:rsidR="000260C2">
        <w:rPr>
          <w:lang w:val="lv-LV"/>
        </w:rPr>
        <w:t>.11.2026</w:t>
      </w:r>
      <w:r w:rsidR="00941BB5">
        <w:rPr>
          <w:lang w:val="lv-LV"/>
        </w:rPr>
        <w:t xml:space="preserve"> līdz plkst. 14:00</w:t>
      </w:r>
      <w:r w:rsidRPr="00C2267F">
        <w:rPr>
          <w:lang w:val="lv-LV"/>
        </w:rPr>
        <w:t xml:space="preserve">, </w:t>
      </w:r>
      <w:r w:rsidR="00C2267F" w:rsidRPr="00C2267F">
        <w:rPr>
          <w:lang w:val="lv-LV"/>
        </w:rPr>
        <w:t>sūtot uz e-pastu</w:t>
      </w:r>
      <w:r w:rsidR="000260C2">
        <w:rPr>
          <w:lang w:val="lv-LV"/>
        </w:rPr>
        <w:t xml:space="preserve">: </w:t>
      </w:r>
      <w:r w:rsidR="000260C2">
        <w:t>raivo.dzilna@gmail.com</w:t>
      </w:r>
    </w:p>
    <w:p w14:paraId="53EDE179" w14:textId="77777777" w:rsidR="00022F0B" w:rsidRPr="00C2267F" w:rsidRDefault="00000000" w:rsidP="00C2267F">
      <w:pPr>
        <w:jc w:val="both"/>
        <w:rPr>
          <w:lang w:val="lv-LV"/>
        </w:rPr>
      </w:pPr>
      <w:r w:rsidRPr="00C2267F">
        <w:rPr>
          <w:lang w:val="lv-LV"/>
        </w:rPr>
        <w:t>3.3. Piedāvājumam jābūt paraksttiesīgās personas parakstītam ar drošu elektronisko parakstu. Ja piedāvājumu paraksta Pretendenta paraksttiesīgās personas pilnvarota persona, pieteikumam papildus pievieno pilnvaru.</w:t>
      </w:r>
    </w:p>
    <w:p w14:paraId="67EFCA54" w14:textId="77777777" w:rsidR="00022F0B" w:rsidRDefault="00000000" w:rsidP="00C2267F">
      <w:pPr>
        <w:jc w:val="both"/>
        <w:rPr>
          <w:lang w:val="lv-LV"/>
        </w:rPr>
      </w:pPr>
      <w:r w:rsidRPr="00C2267F">
        <w:rPr>
          <w:lang w:val="lv-LV"/>
        </w:rPr>
        <w:t>3.4. Piedāvājumam jābūt sagatavotam un iesniegtam latviešu valodā. Ja kāds no piedāvājuma dokumentiem tiek iesniegts svešvalodā, tam pievienojams Pretendenta apliecināts tulkojums latviešu valodā.</w:t>
      </w:r>
    </w:p>
    <w:p w14:paraId="1FC8B9F3" w14:textId="77777777" w:rsidR="00C2267F" w:rsidRPr="00C2267F" w:rsidRDefault="00C2267F" w:rsidP="00C2267F">
      <w:pPr>
        <w:jc w:val="both"/>
        <w:rPr>
          <w:lang w:val="lv-LV"/>
        </w:rPr>
      </w:pPr>
    </w:p>
    <w:p w14:paraId="7531DD84" w14:textId="77777777" w:rsidR="00022F0B" w:rsidRPr="00C2267F" w:rsidRDefault="00000000" w:rsidP="00C2267F">
      <w:pPr>
        <w:spacing w:before="100"/>
        <w:jc w:val="both"/>
        <w:rPr>
          <w:lang w:val="lv-LV"/>
        </w:rPr>
      </w:pPr>
      <w:r w:rsidRPr="00C2267F">
        <w:rPr>
          <w:b/>
          <w:lang w:val="lv-LV"/>
        </w:rPr>
        <w:t>4. Pretendentu kvalifikācijas prasības un piedāvājumu izvērtēšana</w:t>
      </w:r>
    </w:p>
    <w:p w14:paraId="150C0B77" w14:textId="5B56384F" w:rsidR="00022F0B" w:rsidRPr="00C2267F" w:rsidRDefault="00000000" w:rsidP="00C2267F">
      <w:pPr>
        <w:jc w:val="both"/>
        <w:rPr>
          <w:lang w:val="lv-LV"/>
        </w:rPr>
      </w:pPr>
      <w:r w:rsidRPr="00C2267F">
        <w:rPr>
          <w:lang w:val="lv-LV"/>
        </w:rPr>
        <w:t xml:space="preserve">4. Par uzvarētāju tiks noteikts </w:t>
      </w:r>
      <w:r w:rsidRPr="00C2267F">
        <w:rPr>
          <w:b/>
          <w:bCs/>
          <w:lang w:val="lv-LV"/>
        </w:rPr>
        <w:t>viens</w:t>
      </w:r>
      <w:r w:rsidRPr="00C2267F">
        <w:rPr>
          <w:lang w:val="lv-LV"/>
        </w:rPr>
        <w:t xml:space="preserve"> Pretendents, kura </w:t>
      </w:r>
      <w:r w:rsidRPr="00C2267F">
        <w:rPr>
          <w:b/>
          <w:bCs/>
          <w:lang w:val="lv-LV"/>
        </w:rPr>
        <w:t xml:space="preserve">piedāvātā kopējā līgumcena bez PVN par visu </w:t>
      </w:r>
      <w:r w:rsidR="00C2267F">
        <w:rPr>
          <w:b/>
          <w:bCs/>
          <w:lang w:val="lv-LV"/>
        </w:rPr>
        <w:t>i</w:t>
      </w:r>
      <w:r w:rsidRPr="00C2267F">
        <w:rPr>
          <w:b/>
          <w:bCs/>
          <w:lang w:val="lv-LV"/>
        </w:rPr>
        <w:t>epirkuma priekšmetā paredzēto darbu apjoma īstenošanu būs zemākā</w:t>
      </w:r>
      <w:r w:rsidRPr="00C2267F">
        <w:rPr>
          <w:lang w:val="lv-LV"/>
        </w:rPr>
        <w:t xml:space="preserve"> un kura piedāvājums atbildīs Pasūtītāja izvirzītajiem kritērijiem:</w:t>
      </w:r>
    </w:p>
    <w:p w14:paraId="0A20871C" w14:textId="77777777" w:rsidR="00022F0B" w:rsidRPr="00C2267F" w:rsidRDefault="00000000" w:rsidP="00C2267F">
      <w:pPr>
        <w:jc w:val="both"/>
        <w:rPr>
          <w:lang w:val="lv-LV"/>
        </w:rPr>
      </w:pPr>
      <w:r w:rsidRPr="00C2267F">
        <w:rPr>
          <w:lang w:val="lv-LV"/>
        </w:rPr>
        <w:lastRenderedPageBreak/>
        <w:t>4.1. Pretendents ir reģistrēts Būvkomersantu reģistrā (Pasūtītājs informāciju pārbaudīs publiski pieejamā reģistrā). Ārvalstīs reģistrēts pretendents iesniedz attiecīgās valsts reģistrāciju apliecinošu dokumentu vai līdzvērtīgu pierādījumu par tiesībām veikt profesionālo darbību būvniecības jomā.</w:t>
      </w:r>
    </w:p>
    <w:p w14:paraId="1CEBFD76" w14:textId="77777777" w:rsidR="00022F0B" w:rsidRPr="00C2267F" w:rsidRDefault="00000000" w:rsidP="00C2267F">
      <w:pPr>
        <w:jc w:val="both"/>
        <w:rPr>
          <w:lang w:val="lv-LV"/>
        </w:rPr>
      </w:pPr>
      <w:r w:rsidRPr="00C2267F">
        <w:rPr>
          <w:lang w:val="lv-LV"/>
        </w:rPr>
        <w:t>4.2. Pretendents nav pasludināts par maksātnespējīgu, neatrodas likvidācijas stadijā, tā darbība nav apturēta vai pārtraukta, un nav uzsākta tiesvedība par Pretendenta darbības izbeigšanu, maksātnespēju vai bankrotu (Pasūtītājs informāciju pārbaudīs publiski pieejamā reģistrā).</w:t>
      </w:r>
    </w:p>
    <w:p w14:paraId="24676BDD" w14:textId="36096F3A" w:rsidR="00022F0B" w:rsidRPr="00E81F06" w:rsidRDefault="00000000" w:rsidP="00C2267F">
      <w:pPr>
        <w:jc w:val="both"/>
        <w:rPr>
          <w:lang w:val="lv-LV"/>
        </w:rPr>
      </w:pPr>
      <w:r w:rsidRPr="00C2267F">
        <w:rPr>
          <w:lang w:val="lv-LV"/>
        </w:rPr>
        <w:t xml:space="preserve">4.3. </w:t>
      </w:r>
      <w:r w:rsidRPr="00E81F06">
        <w:rPr>
          <w:lang w:val="lv-LV"/>
        </w:rPr>
        <w:t xml:space="preserve">Pretendenta gada finanšu apgrozījums </w:t>
      </w:r>
      <w:r w:rsidR="00C2267F" w:rsidRPr="00E81F06">
        <w:rPr>
          <w:lang w:val="lv-LV"/>
        </w:rPr>
        <w:t>vidēji</w:t>
      </w:r>
      <w:r w:rsidRPr="00E81F06">
        <w:rPr>
          <w:lang w:val="lv-LV"/>
        </w:rPr>
        <w:t xml:space="preserve"> pēdēj</w:t>
      </w:r>
      <w:r w:rsidR="00C2267F" w:rsidRPr="00E81F06">
        <w:rPr>
          <w:lang w:val="lv-LV"/>
        </w:rPr>
        <w:t>os</w:t>
      </w:r>
      <w:r w:rsidRPr="00E81F06">
        <w:rPr>
          <w:lang w:val="lv-LV"/>
        </w:rPr>
        <w:t xml:space="preserve"> 3 (</w:t>
      </w:r>
      <w:r w:rsidR="00C2267F" w:rsidRPr="00E81F06">
        <w:rPr>
          <w:lang w:val="lv-LV"/>
        </w:rPr>
        <w:t>trīs</w:t>
      </w:r>
      <w:r w:rsidRPr="00E81F06">
        <w:rPr>
          <w:lang w:val="lv-LV"/>
        </w:rPr>
        <w:t>) noslēgtaj</w:t>
      </w:r>
      <w:r w:rsidR="00C2267F" w:rsidRPr="00E81F06">
        <w:rPr>
          <w:lang w:val="lv-LV"/>
        </w:rPr>
        <w:t>os</w:t>
      </w:r>
      <w:r w:rsidRPr="00E81F06">
        <w:rPr>
          <w:lang w:val="lv-LV"/>
        </w:rPr>
        <w:t xml:space="preserve"> finanšu gad</w:t>
      </w:r>
      <w:r w:rsidR="00C2267F" w:rsidRPr="00E81F06">
        <w:rPr>
          <w:lang w:val="lv-LV"/>
        </w:rPr>
        <w:t>os</w:t>
      </w:r>
      <w:r w:rsidRPr="00E81F06">
        <w:rPr>
          <w:lang w:val="lv-LV"/>
        </w:rPr>
        <w:t xml:space="preserve"> ir bijis ne mazāks kā 1 500 000 EUR (viens miljons pieci simti tūkstoši euro) bez PVN. Ja Pretendents ir dibināts vēlāk, prasība par finanšu apgrozījumu attiecināma uz visu Pretendenta faktisko darbības periodu.</w:t>
      </w:r>
    </w:p>
    <w:p w14:paraId="2EA1C884" w14:textId="20870022" w:rsidR="00022F0B" w:rsidRDefault="00000000" w:rsidP="00C2267F">
      <w:pPr>
        <w:jc w:val="both"/>
        <w:rPr>
          <w:lang w:val="lv-LV"/>
        </w:rPr>
      </w:pPr>
      <w:r w:rsidRPr="00E81F06">
        <w:rPr>
          <w:lang w:val="lv-LV"/>
        </w:rPr>
        <w:t xml:space="preserve">4.4. Pretendentam pēdējo </w:t>
      </w:r>
      <w:r w:rsidR="00C2267F" w:rsidRPr="00E81F06">
        <w:rPr>
          <w:lang w:val="lv-LV"/>
        </w:rPr>
        <w:t>5</w:t>
      </w:r>
      <w:r w:rsidRPr="00E81F06">
        <w:rPr>
          <w:lang w:val="lv-LV"/>
        </w:rPr>
        <w:t xml:space="preserve"> (</w:t>
      </w:r>
      <w:r w:rsidR="00C2267F" w:rsidRPr="00E81F06">
        <w:rPr>
          <w:lang w:val="lv-LV"/>
        </w:rPr>
        <w:t>piecu</w:t>
      </w:r>
      <w:r w:rsidRPr="00E81F06">
        <w:rPr>
          <w:lang w:val="lv-LV"/>
        </w:rPr>
        <w:t>) gadu laikā līdz piedāvājuma iesniegšanas dienai ir pieredze vismaz 2 (divu) lauksaimniecības būvju būvniecībā vai pārbūvē, kurās ir izbūvētas un uzstādītas slaucamo govju slaukšanas sistēmas. Par prasībai atbilstošu objektu uzskatāms objekts, kurā attiecīgie būvdarbi un slaukšanas sistēmas izbūves darbi ir pilnībā pabeigti un pieņemti no pasūtītāja puses.</w:t>
      </w:r>
    </w:p>
    <w:p w14:paraId="49DB54A7" w14:textId="77777777" w:rsidR="00C2267F" w:rsidRPr="00C2267F" w:rsidRDefault="00C2267F" w:rsidP="00C2267F">
      <w:pPr>
        <w:jc w:val="both"/>
        <w:rPr>
          <w:lang w:val="lv-LV"/>
        </w:rPr>
      </w:pPr>
    </w:p>
    <w:p w14:paraId="0F963185" w14:textId="77777777" w:rsidR="00022F0B" w:rsidRPr="00C2267F" w:rsidRDefault="00000000" w:rsidP="00C2267F">
      <w:pPr>
        <w:spacing w:before="100"/>
        <w:jc w:val="both"/>
        <w:rPr>
          <w:lang w:val="lv-LV"/>
        </w:rPr>
      </w:pPr>
      <w:r w:rsidRPr="00C2267F">
        <w:rPr>
          <w:b/>
          <w:lang w:val="lv-LV"/>
        </w:rPr>
        <w:t>5. Pretendenta iesniedzamā informācija un dokumenti</w:t>
      </w:r>
    </w:p>
    <w:p w14:paraId="0FF66C53" w14:textId="77777777" w:rsidR="00022F0B" w:rsidRPr="00C2267F" w:rsidRDefault="00000000" w:rsidP="00C2267F">
      <w:pPr>
        <w:jc w:val="both"/>
        <w:rPr>
          <w:lang w:val="lv-LV"/>
        </w:rPr>
      </w:pPr>
      <w:r w:rsidRPr="00C2267F">
        <w:rPr>
          <w:lang w:val="lv-LV"/>
        </w:rPr>
        <w:t>5.1. Pretendenta nosaukums, reģistrācijas Nr., juridiskā adrese, tālruņa Nr., e-pasta adrese un bankas rekvizīti.</w:t>
      </w:r>
    </w:p>
    <w:p w14:paraId="7BA657AF" w14:textId="77777777" w:rsidR="00022F0B" w:rsidRPr="00C2267F" w:rsidRDefault="00000000" w:rsidP="00C2267F">
      <w:pPr>
        <w:jc w:val="both"/>
        <w:rPr>
          <w:lang w:val="lv-LV"/>
        </w:rPr>
      </w:pPr>
      <w:r w:rsidRPr="00C2267F">
        <w:rPr>
          <w:lang w:val="lv-LV"/>
        </w:rPr>
        <w:t>5.2. Piedāvājuma derīguma termiņš atbilstoši Nolikuma 2.6. punktam.</w:t>
      </w:r>
    </w:p>
    <w:p w14:paraId="377EC2DF" w14:textId="77777777" w:rsidR="00022F0B" w:rsidRPr="00E81F06" w:rsidRDefault="00000000" w:rsidP="00C2267F">
      <w:pPr>
        <w:jc w:val="both"/>
        <w:rPr>
          <w:lang w:val="lv-LV"/>
        </w:rPr>
      </w:pPr>
      <w:r w:rsidRPr="00C2267F">
        <w:rPr>
          <w:lang w:val="lv-LV"/>
        </w:rPr>
        <w:t xml:space="preserve">5.3. </w:t>
      </w:r>
      <w:r w:rsidRPr="00E81F06">
        <w:rPr>
          <w:lang w:val="lv-LV"/>
        </w:rPr>
        <w:t>Apliecinājums par līguma izpildi Nolikuma 2.4. punktā noteiktajā termiņā.</w:t>
      </w:r>
    </w:p>
    <w:p w14:paraId="1506A6E0" w14:textId="77777777" w:rsidR="00022F0B" w:rsidRPr="00E81F06" w:rsidRDefault="00000000" w:rsidP="00C2267F">
      <w:pPr>
        <w:jc w:val="both"/>
        <w:rPr>
          <w:lang w:val="lv-LV"/>
        </w:rPr>
      </w:pPr>
      <w:r w:rsidRPr="00E81F06">
        <w:rPr>
          <w:lang w:val="lv-LV"/>
        </w:rPr>
        <w:t>5.4. Pieteikumā jānorāda informācija par apakšuzņēmējiem, ja tādi plānoti.</w:t>
      </w:r>
    </w:p>
    <w:p w14:paraId="3B3CAC41" w14:textId="77777777" w:rsidR="00022F0B" w:rsidRPr="00E81F06" w:rsidRDefault="00000000" w:rsidP="00C2267F">
      <w:pPr>
        <w:jc w:val="both"/>
        <w:rPr>
          <w:lang w:val="lv-LV"/>
        </w:rPr>
      </w:pPr>
      <w:r w:rsidRPr="00E81F06">
        <w:rPr>
          <w:lang w:val="lv-LV"/>
        </w:rPr>
        <w:t>5.5. Lai apliecinātu Pasūtītāja prasīto būvuzņēmēja pieredzi, Pretendents iesniedz informāciju par vismaz 2 (diviem) Nolikuma 4.4. punkta prasībām atbilstošiem objektiem, norādot objekta nosaukumu un atrašanās vietu, pasūtītāju un tā kontaktpersonu, darbu izpildes periodu, veikto būvdarbu īsu aprakstu, informāciju par objektā izbūvēto slaucamo govju slaukšanas sistēmu un darbu pabeigšanas vai pieņemšanas datumu. Pasūtītājam ir tiesības pārbaudīt Pretendenta norādīto informāciju, sazinoties ar attiecīgā objekta pasūtītāju.</w:t>
      </w:r>
    </w:p>
    <w:p w14:paraId="21A8FB07" w14:textId="77777777" w:rsidR="00022F0B" w:rsidRPr="00E81F06" w:rsidRDefault="00000000" w:rsidP="00C2267F">
      <w:pPr>
        <w:jc w:val="both"/>
        <w:rPr>
          <w:lang w:val="lv-LV"/>
        </w:rPr>
      </w:pPr>
      <w:r w:rsidRPr="00E81F06">
        <w:rPr>
          <w:lang w:val="lv-LV"/>
        </w:rPr>
        <w:t>5.6. Pretendents norāda finanšu apgrozījumu bez PVN par katru no pēdējiem 3 (trim) noslēgtajiem finanšu gadiem. Pēc Pasūtītāja pieprasījuma Pretendentam jāiesniedz gada pārskati vai citi dokumenti, kas apliecina norādīto finanšu apgrozījumu. Pretendenti, kuri dibināti vēlāk, norāda minēto informāciju par visu savu darbības laiku.</w:t>
      </w:r>
    </w:p>
    <w:p w14:paraId="6AB304F8" w14:textId="77777777" w:rsidR="00022F0B" w:rsidRPr="00C2267F" w:rsidRDefault="00000000" w:rsidP="00C2267F">
      <w:pPr>
        <w:jc w:val="both"/>
        <w:rPr>
          <w:lang w:val="lv-LV"/>
        </w:rPr>
      </w:pPr>
      <w:r w:rsidRPr="00E81F06">
        <w:rPr>
          <w:lang w:val="lv-LV"/>
        </w:rPr>
        <w:t>5.7. Finanšu piedāvājums</w:t>
      </w:r>
      <w:r w:rsidRPr="00C2267F">
        <w:rPr>
          <w:lang w:val="lv-LV"/>
        </w:rPr>
        <w:t xml:space="preserve"> - izmaksu tāme Excel formātā, kas sagatavota atbilstoši tehniskajai specifikācijai un darbu apjomu sarakstam, paredzot visus tajā noteiktos darbus un darbus, kas nav tieši norādīti apjomos, bet ir nepieciešami pilnīgai objekta pabeigšanai. Ja būvniecības procesa laikā rodas darbi un materiāli, kas nav iepriekš paredzēti Pretendenta iesniegtajā tāmē, papildus tāmes netiek akceptētas un apmaksātas, un visi nepieciešamie darbi jāievērtē vienības cenās.</w:t>
      </w:r>
    </w:p>
    <w:p w14:paraId="70D29E98" w14:textId="77777777" w:rsidR="00022F0B" w:rsidRPr="00C2267F" w:rsidRDefault="00000000" w:rsidP="00C2267F">
      <w:pPr>
        <w:jc w:val="both"/>
        <w:rPr>
          <w:lang w:val="lv-LV"/>
        </w:rPr>
      </w:pPr>
      <w:r w:rsidRPr="00C2267F">
        <w:rPr>
          <w:lang w:val="lv-LV"/>
        </w:rPr>
        <w:t>5.8. Aizpildīts un parakstīts Nolikuma pielikums Nr. 1 “Apliecinājums par neatkarīgi izstrādātu piedāvājumu”.</w:t>
      </w:r>
    </w:p>
    <w:p w14:paraId="5B1B1AC3" w14:textId="77777777" w:rsidR="00022F0B" w:rsidRDefault="00000000" w:rsidP="00C2267F">
      <w:pPr>
        <w:jc w:val="both"/>
        <w:rPr>
          <w:lang w:val="lv-LV"/>
        </w:rPr>
      </w:pPr>
      <w:r w:rsidRPr="00C2267F">
        <w:rPr>
          <w:lang w:val="lv-LV"/>
        </w:rPr>
        <w:t>5.9. Piedāvājuma cena jānorāda EUR bez pievienotās vērtības nodokļa (PVN).</w:t>
      </w:r>
    </w:p>
    <w:p w14:paraId="2E1F181B" w14:textId="77777777" w:rsidR="00C2267F" w:rsidRPr="00C2267F" w:rsidRDefault="00C2267F" w:rsidP="00C2267F">
      <w:pPr>
        <w:jc w:val="both"/>
        <w:rPr>
          <w:lang w:val="lv-LV"/>
        </w:rPr>
      </w:pPr>
    </w:p>
    <w:p w14:paraId="39DE9A42" w14:textId="77777777" w:rsidR="00022F0B" w:rsidRPr="00C2267F" w:rsidRDefault="00000000" w:rsidP="00C2267F">
      <w:pPr>
        <w:spacing w:before="100"/>
        <w:jc w:val="both"/>
        <w:rPr>
          <w:lang w:val="lv-LV"/>
        </w:rPr>
      </w:pPr>
      <w:r w:rsidRPr="00C2267F">
        <w:rPr>
          <w:b/>
          <w:lang w:val="lv-LV"/>
        </w:rPr>
        <w:t>6. Cita informācija</w:t>
      </w:r>
    </w:p>
    <w:p w14:paraId="2BD0B3A3" w14:textId="4F9628F5" w:rsidR="00022F0B" w:rsidRPr="00C2267F" w:rsidRDefault="00000000" w:rsidP="00C2267F">
      <w:pPr>
        <w:jc w:val="both"/>
        <w:rPr>
          <w:lang w:val="lv-LV"/>
        </w:rPr>
      </w:pPr>
      <w:r w:rsidRPr="00C2267F">
        <w:rPr>
          <w:lang w:val="lv-LV"/>
        </w:rPr>
        <w:t>6.1. Būvprojektam un iepirkuma dokumentācijai jābūt pilnībā izvērtētai, un cenu piedāvājumā jāparedz visi darbi attiecīgā projekta pilnīgai realizācijai, pabeigšanai un nodošanai ekspluatācijā. Pasūtītājs neatzīs papildus samaksu par neparedzētiem izdevumiem, kuri radušies tādēļ, ka Pretendents nav pienācīgi izvērtējis iepirkuma dokumentāciju</w:t>
      </w:r>
      <w:r w:rsidR="00C2267F">
        <w:rPr>
          <w:lang w:val="lv-LV"/>
        </w:rPr>
        <w:t>, būvprojektu</w:t>
      </w:r>
      <w:r w:rsidRPr="00C2267F">
        <w:rPr>
          <w:lang w:val="lv-LV"/>
        </w:rPr>
        <w:t xml:space="preserve"> un darbu apjomu</w:t>
      </w:r>
      <w:r w:rsidR="00C2267F">
        <w:rPr>
          <w:lang w:val="lv-LV"/>
        </w:rPr>
        <w:t xml:space="preserve"> un pienācīgā kārtībā nav Pasūtītājam uzdevis visus nepieciešams jautājumus pirms iepirkuma līguma noslēgšanas</w:t>
      </w:r>
      <w:r w:rsidRPr="00C2267F">
        <w:rPr>
          <w:lang w:val="lv-LV"/>
        </w:rPr>
        <w:t>.</w:t>
      </w:r>
    </w:p>
    <w:p w14:paraId="00885002" w14:textId="77777777" w:rsidR="00022F0B" w:rsidRPr="00C2267F" w:rsidRDefault="00000000" w:rsidP="00C2267F">
      <w:pPr>
        <w:jc w:val="both"/>
        <w:rPr>
          <w:lang w:val="lv-LV"/>
        </w:rPr>
      </w:pPr>
      <w:r w:rsidRPr="00C2267F">
        <w:rPr>
          <w:lang w:val="lv-LV"/>
        </w:rPr>
        <w:t>6.2. Ja, izvērtējot atbilstības dokumentus, Pasūtītājam nepieciešams precizēt piedāvājumā ietverto informāciju vai saņemt papildu informāciju un dokumentus, Pasūtītājs ir tiesīgs pieprasīt Pretendentam sniegt attiecīgu informāciju, tai skaitā piedāvājumā norādītās cenas pamatojumu. Pasūtītājs ir tiesīgs lūgt izskaidrot, papildināt un precizēt piedāvājumu, nosakot atbildes sniegšanas termiņu.</w:t>
      </w:r>
    </w:p>
    <w:p w14:paraId="0871FD66" w14:textId="77777777" w:rsidR="00022F0B" w:rsidRPr="00C2267F" w:rsidRDefault="00000000" w:rsidP="00C2267F">
      <w:pPr>
        <w:jc w:val="both"/>
        <w:rPr>
          <w:lang w:val="lv-LV"/>
        </w:rPr>
      </w:pPr>
      <w:r w:rsidRPr="00C2267F">
        <w:rPr>
          <w:lang w:val="lv-LV"/>
        </w:rPr>
        <w:lastRenderedPageBreak/>
        <w:t>6.3. Pasūtītājs pārbauda, vai piedāvājumā nav finanšu, aritmētisko vai pārrakstīšanās kļūdu. Ja Pasūtītājs konstatē šādas kļūdas, tas tās izlabo. Vērtējot finanšu piedāvājumu, Pasūtītājs ņem vērā labojumus. Ja konstatēta neatbilstība starp vienības cenu un piedāvāto līgumcenu, kas iegūta, sareizinot vienības cenu ar apjomu, noteicošā ir norādītā vienības cena.</w:t>
      </w:r>
    </w:p>
    <w:p w14:paraId="1812ED07" w14:textId="77777777" w:rsidR="00022F0B" w:rsidRPr="00C2267F" w:rsidRDefault="00000000" w:rsidP="00C2267F">
      <w:pPr>
        <w:jc w:val="both"/>
        <w:rPr>
          <w:lang w:val="lv-LV"/>
        </w:rPr>
      </w:pPr>
      <w:r w:rsidRPr="00C2267F">
        <w:rPr>
          <w:lang w:val="lv-LV"/>
        </w:rPr>
        <w:t>6.4. Pasūtītājs neizsludina uzvarētāju un neslēdz līgumu gadījumos, kad saskaņā ar piemērojamiem normatīvajiem aktiem uz Pretendentu attiecas izslēgšanas nosacījumi, tostarp par konkurences tiesību pārkāpumiem.</w:t>
      </w:r>
    </w:p>
    <w:p w14:paraId="291BE2A6" w14:textId="77777777" w:rsidR="00022F0B" w:rsidRPr="00C2267F" w:rsidRDefault="00000000" w:rsidP="00C2267F">
      <w:pPr>
        <w:jc w:val="both"/>
        <w:rPr>
          <w:lang w:val="lv-LV"/>
        </w:rPr>
      </w:pPr>
      <w:r w:rsidRPr="00C2267F">
        <w:rPr>
          <w:lang w:val="lv-LV"/>
        </w:rPr>
        <w:t>6.5. Pretendents var balstīties uz citas personas saimnieciskajām un finansiālajām iespējām tikai tad, ja, iesniedzot piedāvājumu, attiecīgo resursu nodošana ir pienācīgi pierādīta. Par pierādījumu var kalpot personu apvienība, kura kopumā ir atbildīga par līguma izpildi, tostarp finansiālajām saistībām, vai citi līdzvērtīgi pierādījumi, no kuriem secināms, ka Pretendents var faktiski balstīties uz citas personas resursiem.</w:t>
      </w:r>
    </w:p>
    <w:p w14:paraId="2DD2C5DF" w14:textId="77777777" w:rsidR="00022F0B" w:rsidRPr="00C2267F" w:rsidRDefault="00000000" w:rsidP="00C2267F">
      <w:pPr>
        <w:jc w:val="both"/>
        <w:rPr>
          <w:lang w:val="lv-LV"/>
        </w:rPr>
      </w:pPr>
      <w:r w:rsidRPr="00C2267F">
        <w:rPr>
          <w:lang w:val="lv-LV"/>
        </w:rPr>
        <w:t>6.6. Iepirkuma priekšmeta finanšu piedāvājumu sagatavo saskaņā ar Latvijas būvnormatīvu LBN 501-17 “Būvizmaksu noteikšanas kārtība”.</w:t>
      </w:r>
    </w:p>
    <w:p w14:paraId="09FDC9C1" w14:textId="15BB22FE" w:rsidR="00022F0B" w:rsidRDefault="00000000" w:rsidP="00C2267F">
      <w:pPr>
        <w:jc w:val="both"/>
        <w:rPr>
          <w:lang w:val="lv-LV"/>
        </w:rPr>
      </w:pPr>
      <w:r w:rsidRPr="00C2267F">
        <w:rPr>
          <w:lang w:val="lv-LV"/>
        </w:rPr>
        <w:t>6.7. Piesakoties iepirkumā, Pretendents apņemas ievērot iepirkuma priekšmeta tehniskās specifikācijas prasības.</w:t>
      </w:r>
    </w:p>
    <w:p w14:paraId="1B0A26A2" w14:textId="77777777" w:rsidR="00C2267F" w:rsidRPr="00C2267F" w:rsidRDefault="00C2267F" w:rsidP="00C2267F">
      <w:pPr>
        <w:jc w:val="both"/>
        <w:rPr>
          <w:lang w:val="lv-LV"/>
        </w:rPr>
      </w:pPr>
    </w:p>
    <w:p w14:paraId="6831A2C0" w14:textId="77777777" w:rsidR="00022F0B" w:rsidRPr="00C2267F" w:rsidRDefault="00000000" w:rsidP="00C2267F">
      <w:pPr>
        <w:spacing w:before="100"/>
        <w:jc w:val="both"/>
        <w:rPr>
          <w:lang w:val="lv-LV"/>
        </w:rPr>
      </w:pPr>
      <w:r w:rsidRPr="00C2267F">
        <w:rPr>
          <w:b/>
          <w:lang w:val="lv-LV"/>
        </w:rPr>
        <w:t>7. Norēķinu kārtība par Būvdarbu izpildi</w:t>
      </w:r>
    </w:p>
    <w:p w14:paraId="533D99B2" w14:textId="417F9654" w:rsidR="00022F0B" w:rsidRPr="00C2267F" w:rsidRDefault="00000000" w:rsidP="00C2267F">
      <w:pPr>
        <w:jc w:val="both"/>
        <w:rPr>
          <w:lang w:val="lv-LV"/>
        </w:rPr>
      </w:pPr>
      <w:r w:rsidRPr="00C2267F">
        <w:rPr>
          <w:lang w:val="lv-LV"/>
        </w:rPr>
        <w:t xml:space="preserve">7.1. Starpmaksājumi atbilstoši ikmēneša darbu aktiem par paveiktajiem būvdarbiem </w:t>
      </w:r>
      <w:r w:rsidR="00244552">
        <w:rPr>
          <w:lang w:val="lv-LV"/>
        </w:rPr>
        <w:t>–</w:t>
      </w:r>
      <w:r w:rsidRPr="00C2267F">
        <w:rPr>
          <w:lang w:val="lv-LV"/>
        </w:rPr>
        <w:t xml:space="preserve"> </w:t>
      </w:r>
      <w:r w:rsidR="00244552" w:rsidRPr="00244552">
        <w:rPr>
          <w:b/>
          <w:bCs/>
          <w:lang w:val="lv-LV"/>
        </w:rPr>
        <w:t>90%</w:t>
      </w:r>
      <w:r w:rsidR="00244552">
        <w:rPr>
          <w:lang w:val="lv-LV"/>
        </w:rPr>
        <w:t xml:space="preserve"> </w:t>
      </w:r>
      <w:r w:rsidRPr="00C2267F">
        <w:rPr>
          <w:lang w:val="lv-LV"/>
        </w:rPr>
        <w:t>apmērā.</w:t>
      </w:r>
    </w:p>
    <w:p w14:paraId="7D3E2012" w14:textId="1D5B7EA5" w:rsidR="00022F0B" w:rsidRPr="00C2267F" w:rsidRDefault="00000000" w:rsidP="00C2267F">
      <w:pPr>
        <w:jc w:val="both"/>
        <w:rPr>
          <w:lang w:val="lv-LV"/>
        </w:rPr>
      </w:pPr>
      <w:r w:rsidRPr="00C2267F">
        <w:rPr>
          <w:lang w:val="lv-LV"/>
        </w:rPr>
        <w:t xml:space="preserve">7.2. Gala maksājums pēc būves nodošanas ekspluatācijā un līgumā noteiktā garantijas nodrošinājuma saņemšanas </w:t>
      </w:r>
      <w:r w:rsidR="00244552">
        <w:rPr>
          <w:lang w:val="lv-LV"/>
        </w:rPr>
        <w:t>–</w:t>
      </w:r>
      <w:r w:rsidRPr="00C2267F">
        <w:rPr>
          <w:lang w:val="lv-LV"/>
        </w:rPr>
        <w:t xml:space="preserve"> </w:t>
      </w:r>
      <w:r w:rsidR="00244552" w:rsidRPr="00244552">
        <w:rPr>
          <w:b/>
          <w:bCs/>
          <w:lang w:val="lv-LV"/>
        </w:rPr>
        <w:t>10%</w:t>
      </w:r>
      <w:r w:rsidRPr="00C2267F">
        <w:rPr>
          <w:lang w:val="lv-LV"/>
        </w:rPr>
        <w:t xml:space="preserve"> apmērā.</w:t>
      </w:r>
    </w:p>
    <w:p w14:paraId="53614DA5" w14:textId="56F589A4" w:rsidR="00022F0B" w:rsidRDefault="00000000" w:rsidP="00C2267F">
      <w:pPr>
        <w:jc w:val="both"/>
        <w:rPr>
          <w:lang w:val="lv-LV"/>
        </w:rPr>
      </w:pPr>
      <w:r w:rsidRPr="00C2267F">
        <w:rPr>
          <w:lang w:val="lv-LV"/>
        </w:rPr>
        <w:t xml:space="preserve">7.3. Avanss: </w:t>
      </w:r>
      <w:r w:rsidR="00244552" w:rsidRPr="00244552">
        <w:rPr>
          <w:b/>
          <w:bCs/>
          <w:lang w:val="lv-LV"/>
        </w:rPr>
        <w:t>iespējams līdz 10% apmēram</w:t>
      </w:r>
      <w:r w:rsidR="00244552" w:rsidRPr="00244552">
        <w:rPr>
          <w:lang w:val="lv-LV"/>
        </w:rPr>
        <w:t>. Izmaksātais avanss ir daļa no kopējās līgumcenas un tiek atskaitīts no turpmākajiem maksājumiem.</w:t>
      </w:r>
    </w:p>
    <w:p w14:paraId="4B803125" w14:textId="77777777" w:rsidR="00244552" w:rsidRPr="00C2267F" w:rsidRDefault="00244552" w:rsidP="00C2267F">
      <w:pPr>
        <w:jc w:val="both"/>
        <w:rPr>
          <w:lang w:val="lv-LV"/>
        </w:rPr>
      </w:pPr>
    </w:p>
    <w:p w14:paraId="56EC9D90" w14:textId="77777777" w:rsidR="00022F0B" w:rsidRPr="00C2267F" w:rsidRDefault="00000000" w:rsidP="00C2267F">
      <w:pPr>
        <w:spacing w:before="100"/>
        <w:jc w:val="both"/>
        <w:rPr>
          <w:lang w:val="lv-LV"/>
        </w:rPr>
      </w:pPr>
      <w:r w:rsidRPr="00C2267F">
        <w:rPr>
          <w:b/>
          <w:lang w:val="lv-LV"/>
        </w:rPr>
        <w:t>8. Pasūtītāja noteiktās prasības par garantijas veidiem un nosacījumiem</w:t>
      </w:r>
    </w:p>
    <w:p w14:paraId="4E65895C" w14:textId="77777777" w:rsidR="00022F0B" w:rsidRPr="00C2267F" w:rsidRDefault="00000000" w:rsidP="00C2267F">
      <w:pPr>
        <w:jc w:val="both"/>
        <w:rPr>
          <w:lang w:val="lv-LV"/>
        </w:rPr>
      </w:pPr>
      <w:r w:rsidRPr="00C2267F">
        <w:rPr>
          <w:lang w:val="lv-LV"/>
        </w:rPr>
        <w:t>8.1. Līguma slēgšanas gadījumā Izpildītājam jānodrošina būvniecības visu risku apdrošināšana, apdrošinot būvuzņēmēja, tostarp tā piesaistīto apakšuzņēmēju veicamos būvdarbus, iekārtas, materiālus un citus ar darbu izpildi saistītos riskus, par apdrošinājuma summu, kas nav mazāka par Līguma summu. Polisei jābūt spēkā visā Būvdarbu veikšanas laikā.</w:t>
      </w:r>
    </w:p>
    <w:p w14:paraId="2853656A" w14:textId="0357258B" w:rsidR="00022F0B" w:rsidRPr="00C2267F" w:rsidRDefault="00000000" w:rsidP="00C2267F">
      <w:pPr>
        <w:jc w:val="both"/>
        <w:rPr>
          <w:lang w:val="lv-LV"/>
        </w:rPr>
      </w:pPr>
      <w:r w:rsidRPr="00C2267F">
        <w:rPr>
          <w:lang w:val="lv-LV"/>
        </w:rPr>
        <w:t xml:space="preserve">8.2. Būvdarbu garantijas termiņš </w:t>
      </w:r>
      <w:r w:rsidR="00244552">
        <w:rPr>
          <w:lang w:val="lv-LV"/>
        </w:rPr>
        <w:t xml:space="preserve">jānodrošina </w:t>
      </w:r>
      <w:r w:rsidRPr="00C2267F">
        <w:rPr>
          <w:lang w:val="lv-LV"/>
        </w:rPr>
        <w:t xml:space="preserve">ne īsāks par </w:t>
      </w:r>
      <w:r w:rsidR="00244552" w:rsidRPr="00244552">
        <w:rPr>
          <w:b/>
          <w:bCs/>
          <w:lang w:val="lv-LV"/>
        </w:rPr>
        <w:t>36 mēnešiem</w:t>
      </w:r>
      <w:r w:rsidRPr="00C2267F">
        <w:rPr>
          <w:lang w:val="lv-LV"/>
        </w:rPr>
        <w:t xml:space="preserve">, nodrošinot garantijas polisi vai bankas garantiju </w:t>
      </w:r>
      <w:r w:rsidR="00244552" w:rsidRPr="00244552">
        <w:rPr>
          <w:lang w:val="lv-LV"/>
        </w:rPr>
        <w:t>5%</w:t>
      </w:r>
      <w:r w:rsidR="00244552">
        <w:rPr>
          <w:lang w:val="lv-LV"/>
        </w:rPr>
        <w:t xml:space="preserve"> </w:t>
      </w:r>
      <w:r w:rsidRPr="00C2267F">
        <w:rPr>
          <w:lang w:val="lv-LV"/>
        </w:rPr>
        <w:t xml:space="preserve">apmērā no būvniecības summas bez PVN uz </w:t>
      </w:r>
      <w:r w:rsidR="00244552">
        <w:rPr>
          <w:lang w:val="lv-LV"/>
        </w:rPr>
        <w:t xml:space="preserve">visu garantijas laika </w:t>
      </w:r>
      <w:r w:rsidRPr="00C2267F">
        <w:rPr>
          <w:lang w:val="lv-LV"/>
        </w:rPr>
        <w:t>periodu.</w:t>
      </w:r>
      <w:r w:rsidR="00244552">
        <w:rPr>
          <w:lang w:val="lv-LV"/>
        </w:rPr>
        <w:t xml:space="preserve"> Garantijas laiks tiek skaitīts no objekta nodošanas ekspluatācijā dienas (datums, kad izdots būvvaldes akts par ēkas nodošanu ekspluatācijā).</w:t>
      </w:r>
    </w:p>
    <w:p w14:paraId="39A5D09C" w14:textId="77777777" w:rsidR="00244552" w:rsidRPr="00C2267F" w:rsidRDefault="00000000" w:rsidP="00244552">
      <w:pPr>
        <w:jc w:val="both"/>
        <w:rPr>
          <w:lang w:val="lv-LV"/>
        </w:rPr>
      </w:pPr>
      <w:r w:rsidRPr="00C2267F">
        <w:rPr>
          <w:lang w:val="lv-LV"/>
        </w:rPr>
        <w:t xml:space="preserve">8.3. Uzstādīto iekārtu garantijas termiņš vismaz </w:t>
      </w:r>
      <w:r w:rsidR="00244552" w:rsidRPr="00244552">
        <w:rPr>
          <w:b/>
          <w:bCs/>
          <w:lang w:val="lv-LV"/>
        </w:rPr>
        <w:t>12 mēneši</w:t>
      </w:r>
      <w:r w:rsidRPr="00C2267F">
        <w:rPr>
          <w:lang w:val="lv-LV"/>
        </w:rPr>
        <w:t>.</w:t>
      </w:r>
      <w:r w:rsidR="00244552">
        <w:rPr>
          <w:lang w:val="lv-LV"/>
        </w:rPr>
        <w:t xml:space="preserve"> Garantijas laiks tiek skaitīts no objekta nodošanas ekspluatācijā dienas (datums, kad izdots būvvaldes akts par ēkas nodošanu ekspluatācijā).</w:t>
      </w:r>
    </w:p>
    <w:p w14:paraId="226668EE" w14:textId="2940B7EE" w:rsidR="00022F0B" w:rsidRPr="00C2267F" w:rsidRDefault="00022F0B" w:rsidP="00C2267F">
      <w:pPr>
        <w:jc w:val="both"/>
        <w:rPr>
          <w:lang w:val="lv-LV"/>
        </w:rPr>
      </w:pPr>
    </w:p>
    <w:p w14:paraId="4DD428A2" w14:textId="725CA60C" w:rsidR="00022F0B" w:rsidRPr="00C2267F" w:rsidRDefault="00000000" w:rsidP="00C2267F">
      <w:pPr>
        <w:spacing w:before="160"/>
        <w:jc w:val="both"/>
        <w:rPr>
          <w:lang w:val="lv-LV"/>
        </w:rPr>
      </w:pPr>
      <w:r w:rsidRPr="00C2267F">
        <w:rPr>
          <w:lang w:val="lv-LV"/>
        </w:rPr>
        <w:t xml:space="preserve">Nolikuma apstiprināšanas datums: </w:t>
      </w:r>
      <w:r w:rsidR="001F139E">
        <w:rPr>
          <w:lang w:val="lv-LV"/>
        </w:rPr>
        <w:t>14</w:t>
      </w:r>
      <w:r w:rsidR="000260C2">
        <w:rPr>
          <w:lang w:val="lv-LV"/>
        </w:rPr>
        <w:t>.10.2026</w:t>
      </w:r>
    </w:p>
    <w:p w14:paraId="5F27B534" w14:textId="77777777" w:rsidR="00022F0B" w:rsidRPr="00C2267F" w:rsidRDefault="00000000" w:rsidP="00C2267F">
      <w:pPr>
        <w:jc w:val="both"/>
        <w:rPr>
          <w:lang w:val="lv-LV"/>
        </w:rPr>
      </w:pPr>
      <w:r w:rsidRPr="00C2267F">
        <w:rPr>
          <w:lang w:val="lv-LV"/>
        </w:rPr>
        <w:br w:type="page"/>
      </w:r>
    </w:p>
    <w:p w14:paraId="61BCAFD8" w14:textId="77777777" w:rsidR="00244552" w:rsidRDefault="00000000" w:rsidP="00244552">
      <w:pPr>
        <w:jc w:val="right"/>
        <w:rPr>
          <w:lang w:val="lv-LV"/>
        </w:rPr>
      </w:pPr>
      <w:r w:rsidRPr="00C2267F">
        <w:rPr>
          <w:lang w:val="lv-LV"/>
        </w:rPr>
        <w:lastRenderedPageBreak/>
        <w:t>Pielikums Nr. 1</w:t>
      </w:r>
    </w:p>
    <w:p w14:paraId="38B328AA" w14:textId="4E97DD8C" w:rsidR="000260C2" w:rsidRDefault="00000000" w:rsidP="000260C2">
      <w:pPr>
        <w:jc w:val="center"/>
      </w:pPr>
      <w:r w:rsidRPr="00C2267F">
        <w:rPr>
          <w:lang w:val="lv-LV"/>
        </w:rPr>
        <w:br/>
        <w:t xml:space="preserve">iepirkumam </w:t>
      </w:r>
      <w:r w:rsidR="000260C2">
        <w:rPr>
          <w:lang w:val="lv-LV"/>
        </w:rPr>
        <w:t>“</w:t>
      </w:r>
      <w:r w:rsidR="000260C2">
        <w:rPr>
          <w:b/>
          <w:color w:val="1F1F1F"/>
        </w:rPr>
        <w:t>Būvdarbi objektā “Salu ferma” LAD projekta Nr. 26-04-C0LA0413-000048 ietvaros”</w:t>
      </w:r>
    </w:p>
    <w:p w14:paraId="115F6A61" w14:textId="4C2BC5F1" w:rsidR="00022F0B" w:rsidRPr="00C2267F" w:rsidRDefault="00000000" w:rsidP="00244552">
      <w:pPr>
        <w:jc w:val="center"/>
        <w:rPr>
          <w:lang w:val="lv-LV"/>
        </w:rPr>
      </w:pPr>
      <w:r w:rsidRPr="00C2267F">
        <w:rPr>
          <w:lang w:val="lv-LV"/>
        </w:rPr>
        <w:t>”</w:t>
      </w:r>
    </w:p>
    <w:p w14:paraId="1480C097" w14:textId="1EB2D5E0" w:rsidR="00022F0B" w:rsidRDefault="00000000" w:rsidP="00244552">
      <w:pPr>
        <w:jc w:val="center"/>
        <w:rPr>
          <w:b/>
          <w:sz w:val="26"/>
          <w:lang w:val="lv-LV"/>
        </w:rPr>
      </w:pPr>
      <w:r w:rsidRPr="00C2267F">
        <w:rPr>
          <w:b/>
          <w:sz w:val="26"/>
          <w:lang w:val="lv-LV"/>
        </w:rPr>
        <w:t>Apliecinājums par neatkarīgi izstrādātu piedāvājumu</w:t>
      </w:r>
    </w:p>
    <w:p w14:paraId="34F91EA8" w14:textId="77777777" w:rsidR="00244552" w:rsidRDefault="00244552" w:rsidP="00244552">
      <w:pPr>
        <w:jc w:val="center"/>
        <w:rPr>
          <w:b/>
          <w:sz w:val="26"/>
          <w:lang w:val="lv-LV"/>
        </w:rPr>
      </w:pPr>
    </w:p>
    <w:p w14:paraId="7D626991" w14:textId="77777777" w:rsidR="00244552" w:rsidRPr="00C2267F" w:rsidRDefault="00244552" w:rsidP="00244552">
      <w:pPr>
        <w:jc w:val="center"/>
        <w:rPr>
          <w:lang w:val="lv-LV"/>
        </w:rPr>
      </w:pPr>
    </w:p>
    <w:p w14:paraId="2A6920EC" w14:textId="77777777" w:rsidR="00022F0B" w:rsidRPr="00C2267F" w:rsidRDefault="00000000" w:rsidP="00C2267F">
      <w:pPr>
        <w:jc w:val="both"/>
        <w:rPr>
          <w:lang w:val="lv-LV"/>
        </w:rPr>
      </w:pPr>
      <w:r w:rsidRPr="00C2267F">
        <w:rPr>
          <w:lang w:val="lv-LV"/>
        </w:rPr>
        <w:t>Ar šo, sniedzot izsmeļošu un patiesu informāciju, __________________________________</w:t>
      </w:r>
    </w:p>
    <w:p w14:paraId="1E20BCD4" w14:textId="77777777" w:rsidR="00022F0B" w:rsidRDefault="00000000" w:rsidP="00C2267F">
      <w:pPr>
        <w:jc w:val="both"/>
        <w:rPr>
          <w:i/>
          <w:sz w:val="18"/>
          <w:lang w:val="lv-LV"/>
        </w:rPr>
      </w:pPr>
      <w:r w:rsidRPr="00C2267F">
        <w:rPr>
          <w:i/>
          <w:sz w:val="18"/>
          <w:lang w:val="lv-LV"/>
        </w:rPr>
        <w:t>Pretendenta (būvdarbu veicēja) nosaukums, reģ. Nr.</w:t>
      </w:r>
    </w:p>
    <w:p w14:paraId="35A618BC" w14:textId="77777777" w:rsidR="00244552" w:rsidRPr="00C2267F" w:rsidRDefault="00244552" w:rsidP="00C2267F">
      <w:pPr>
        <w:jc w:val="both"/>
        <w:rPr>
          <w:lang w:val="lv-LV"/>
        </w:rPr>
      </w:pPr>
    </w:p>
    <w:p w14:paraId="68F8C23E" w14:textId="77777777" w:rsidR="00022F0B" w:rsidRPr="00C2267F" w:rsidRDefault="00000000" w:rsidP="00C2267F">
      <w:pPr>
        <w:jc w:val="both"/>
        <w:rPr>
          <w:lang w:val="lv-LV"/>
        </w:rPr>
      </w:pPr>
      <w:r w:rsidRPr="00C2267F">
        <w:rPr>
          <w:lang w:val="lv-LV"/>
        </w:rPr>
        <w:t>1. Pretendents ir iepazinies un piekrīt šī apliecinājuma saturam.</w:t>
      </w:r>
    </w:p>
    <w:p w14:paraId="2A40AB54" w14:textId="77777777" w:rsidR="00022F0B" w:rsidRPr="00C2267F" w:rsidRDefault="00000000" w:rsidP="00C2267F">
      <w:pPr>
        <w:jc w:val="both"/>
        <w:rPr>
          <w:lang w:val="lv-LV"/>
        </w:rPr>
      </w:pPr>
      <w:r w:rsidRPr="00C2267F">
        <w:rPr>
          <w:lang w:val="lv-LV"/>
        </w:rPr>
        <w:t>2. Pretendents apzinās savu pienākumu šajā apliecinājumā norādīt pilnīgu, izsmeļošu un patiesu informāciju.</w:t>
      </w:r>
    </w:p>
    <w:p w14:paraId="0DF97116" w14:textId="77777777" w:rsidR="00022F0B" w:rsidRPr="00C2267F" w:rsidRDefault="00000000" w:rsidP="00C2267F">
      <w:pPr>
        <w:jc w:val="both"/>
        <w:rPr>
          <w:lang w:val="lv-LV"/>
        </w:rPr>
      </w:pPr>
      <w:r w:rsidRPr="00C2267F">
        <w:rPr>
          <w:lang w:val="lv-LV"/>
        </w:rPr>
        <w:t>3. Pretendenta iepirkuma piedāvājumu ir parakstījusi/-as Pretendenta pilnvarotā/-ās persona/-as.</w:t>
      </w:r>
    </w:p>
    <w:p w14:paraId="35741BFB" w14:textId="77777777" w:rsidR="00022F0B" w:rsidRPr="00C2267F" w:rsidRDefault="00000000" w:rsidP="00C2267F">
      <w:pPr>
        <w:jc w:val="both"/>
        <w:rPr>
          <w:lang w:val="lv-LV"/>
        </w:rPr>
      </w:pPr>
      <w:r w:rsidRPr="00C2267F">
        <w:rPr>
          <w:lang w:val="lv-LV"/>
        </w:rPr>
        <w:t>4. Pretendents informē, ka ir iesniedzis piedāvājumu neatkarīgi no konkurentiem un bez konsultācijām, līgumiem vai vienošanām. Pretendentam ne ar vienu konkurentu nav bijusi saziņa attiecībā uz:</w:t>
      </w:r>
    </w:p>
    <w:p w14:paraId="42622E7F" w14:textId="77777777" w:rsidR="00022F0B" w:rsidRPr="00C2267F" w:rsidRDefault="00000000" w:rsidP="00C2267F">
      <w:pPr>
        <w:jc w:val="both"/>
        <w:rPr>
          <w:lang w:val="lv-LV"/>
        </w:rPr>
      </w:pPr>
      <w:r w:rsidRPr="00C2267F">
        <w:rPr>
          <w:lang w:val="lv-LV"/>
        </w:rPr>
        <w:t>4.1. cenām;</w:t>
      </w:r>
    </w:p>
    <w:p w14:paraId="4B9E8E76" w14:textId="77777777" w:rsidR="00022F0B" w:rsidRPr="00C2267F" w:rsidRDefault="00000000" w:rsidP="00C2267F">
      <w:pPr>
        <w:jc w:val="both"/>
        <w:rPr>
          <w:lang w:val="lv-LV"/>
        </w:rPr>
      </w:pPr>
      <w:r w:rsidRPr="00C2267F">
        <w:rPr>
          <w:lang w:val="lv-LV"/>
        </w:rPr>
        <w:t>4.2. cenas aprēķināšanas metodēm, faktoriem (apstākļiem) vai formulām;</w:t>
      </w:r>
    </w:p>
    <w:p w14:paraId="1CCC13EB" w14:textId="77777777" w:rsidR="00022F0B" w:rsidRPr="00C2267F" w:rsidRDefault="00000000" w:rsidP="00C2267F">
      <w:pPr>
        <w:jc w:val="both"/>
        <w:rPr>
          <w:lang w:val="lv-LV"/>
        </w:rPr>
      </w:pPr>
      <w:r w:rsidRPr="00C2267F">
        <w:rPr>
          <w:lang w:val="lv-LV"/>
        </w:rPr>
        <w:t>4.3. nodomu vai lēmumu piedalīties vai nepiedalīties iepirkumā;</w:t>
      </w:r>
    </w:p>
    <w:p w14:paraId="5C24EA0C" w14:textId="77777777" w:rsidR="00022F0B" w:rsidRPr="00C2267F" w:rsidRDefault="00000000" w:rsidP="00C2267F">
      <w:pPr>
        <w:jc w:val="both"/>
        <w:rPr>
          <w:lang w:val="lv-LV"/>
        </w:rPr>
      </w:pPr>
      <w:r w:rsidRPr="00C2267F">
        <w:rPr>
          <w:lang w:val="lv-LV"/>
        </w:rPr>
        <w:t>4.4. tāda piedāvājuma iesniegšanu, kas neatbilst iepirkuma prasībām;</w:t>
      </w:r>
    </w:p>
    <w:p w14:paraId="0F33B9BC" w14:textId="77777777" w:rsidR="00022F0B" w:rsidRPr="00C2267F" w:rsidRDefault="00000000" w:rsidP="00C2267F">
      <w:pPr>
        <w:jc w:val="both"/>
        <w:rPr>
          <w:lang w:val="lv-LV"/>
        </w:rPr>
      </w:pPr>
      <w:r w:rsidRPr="00C2267F">
        <w:rPr>
          <w:lang w:val="lv-LV"/>
        </w:rPr>
        <w:t>4.5. kvalitāti, apjomu, specifikāciju, izpildes, piegādes vai citiem nosacījumiem, kas risināmi neatkarīgi no konkurentiem.</w:t>
      </w:r>
    </w:p>
    <w:p w14:paraId="4E691FF0" w14:textId="77777777" w:rsidR="00022F0B" w:rsidRPr="00C2267F" w:rsidRDefault="00000000" w:rsidP="00C2267F">
      <w:pPr>
        <w:jc w:val="both"/>
        <w:rPr>
          <w:lang w:val="lv-LV"/>
        </w:rPr>
      </w:pPr>
      <w:r w:rsidRPr="00C2267F">
        <w:rPr>
          <w:lang w:val="lv-LV"/>
        </w:rPr>
        <w:t>5. Pretendents nav apzināti, tieši vai netieši atklājis un neatklās piedāvājuma noteikumus nevienam konkurentam pirms oficiālā piedāvājumu atvēršanas datuma un laika vai līguma slēgšanas tiesību piešķiršanas.</w:t>
      </w:r>
    </w:p>
    <w:p w14:paraId="31FB0E55" w14:textId="77777777" w:rsidR="00022F0B" w:rsidRPr="00C2267F" w:rsidRDefault="00000000" w:rsidP="00C2267F">
      <w:pPr>
        <w:jc w:val="both"/>
        <w:rPr>
          <w:lang w:val="lv-LV"/>
        </w:rPr>
      </w:pPr>
      <w:r w:rsidRPr="00C2267F">
        <w:rPr>
          <w:lang w:val="lv-LV"/>
        </w:rPr>
        <w:t>6. Pretendents apzinās, ka Konkurences likumā noteikta atbildība par aizliegtām vienošanām un Pretendentam var tikt piemērota izslēgšana no dalības iepirkuma procedūrā.</w:t>
      </w:r>
    </w:p>
    <w:p w14:paraId="0761AC0C" w14:textId="77777777" w:rsidR="00022F0B" w:rsidRPr="00C2267F" w:rsidRDefault="00000000" w:rsidP="00C2267F">
      <w:pPr>
        <w:spacing w:before="100"/>
        <w:jc w:val="both"/>
        <w:rPr>
          <w:lang w:val="lv-LV"/>
        </w:rPr>
      </w:pPr>
      <w:r w:rsidRPr="00C2267F">
        <w:rPr>
          <w:i/>
          <w:sz w:val="18"/>
          <w:lang w:val="lv-LV"/>
        </w:rPr>
        <w:t>Šī apliecinājuma kontekstā ar terminu “konkurents” apzīmē jebkuru fizisku vai juridisku personu, kura nav Pretendents un kura iesniedz vai, ņemot vērā tās kvalifikāciju, spējas vai pieredzi, varētu iesniegt piedāvājumu konkrētajā iepirkumā.</w:t>
      </w:r>
    </w:p>
    <w:p w14:paraId="491201AE" w14:textId="77777777" w:rsidR="00022F0B" w:rsidRPr="00C2267F" w:rsidRDefault="00000000" w:rsidP="00C2267F">
      <w:pPr>
        <w:jc w:val="both"/>
        <w:rPr>
          <w:lang w:val="lv-LV"/>
        </w:rPr>
      </w:pPr>
      <w:r w:rsidRPr="00C2267F">
        <w:rPr>
          <w:lang w:val="lv-LV"/>
        </w:rPr>
        <w:br w:type="page"/>
      </w:r>
    </w:p>
    <w:p w14:paraId="52D74853" w14:textId="77777777" w:rsidR="00022F0B" w:rsidRDefault="00000000" w:rsidP="00244552">
      <w:pPr>
        <w:jc w:val="right"/>
        <w:rPr>
          <w:lang w:val="lv-LV"/>
        </w:rPr>
      </w:pPr>
      <w:r w:rsidRPr="00C2267F">
        <w:rPr>
          <w:lang w:val="lv-LV"/>
        </w:rPr>
        <w:lastRenderedPageBreak/>
        <w:t>Pielikums Nr. 2</w:t>
      </w:r>
    </w:p>
    <w:p w14:paraId="35350AF3" w14:textId="77777777" w:rsidR="00244552" w:rsidRPr="00C2267F" w:rsidRDefault="00244552" w:rsidP="00244552">
      <w:pPr>
        <w:jc w:val="right"/>
        <w:rPr>
          <w:lang w:val="lv-LV"/>
        </w:rPr>
      </w:pPr>
    </w:p>
    <w:p w14:paraId="27FE895F" w14:textId="77777777" w:rsidR="00022F0B" w:rsidRPr="00C2267F" w:rsidRDefault="00000000" w:rsidP="00244552">
      <w:pPr>
        <w:jc w:val="center"/>
        <w:rPr>
          <w:lang w:val="lv-LV"/>
        </w:rPr>
      </w:pPr>
      <w:r w:rsidRPr="00C2267F">
        <w:rPr>
          <w:b/>
          <w:sz w:val="26"/>
          <w:lang w:val="lv-LV"/>
        </w:rPr>
        <w:t>Pieteikums par piedalīšanos iepirkumā</w:t>
      </w:r>
    </w:p>
    <w:tbl>
      <w:tblPr>
        <w:tblStyle w:val="TableGrid"/>
        <w:tblW w:w="0" w:type="auto"/>
        <w:jc w:val="center"/>
        <w:tblLook w:val="04A0" w:firstRow="1" w:lastRow="0" w:firstColumn="1" w:lastColumn="0" w:noHBand="0" w:noVBand="1"/>
      </w:tblPr>
      <w:tblGrid>
        <w:gridCol w:w="2835"/>
        <w:gridCol w:w="6236"/>
      </w:tblGrid>
      <w:tr w:rsidR="00022F0B" w:rsidRPr="00C2267F" w14:paraId="488FA4E6" w14:textId="77777777">
        <w:trPr>
          <w:jc w:val="center"/>
        </w:trPr>
        <w:tc>
          <w:tcPr>
            <w:tcW w:w="2835" w:type="dxa"/>
            <w:tcMar>
              <w:top w:w="70" w:type="dxa"/>
              <w:left w:w="70" w:type="dxa"/>
              <w:bottom w:w="70" w:type="dxa"/>
              <w:right w:w="70" w:type="dxa"/>
            </w:tcMar>
            <w:vAlign w:val="center"/>
          </w:tcPr>
          <w:p w14:paraId="6AE8C698" w14:textId="77777777" w:rsidR="00022F0B" w:rsidRPr="00C2267F" w:rsidRDefault="00000000" w:rsidP="00C2267F">
            <w:pPr>
              <w:spacing w:after="0"/>
              <w:jc w:val="both"/>
              <w:rPr>
                <w:lang w:val="lv-LV"/>
              </w:rPr>
            </w:pPr>
            <w:r w:rsidRPr="00C2267F">
              <w:rPr>
                <w:sz w:val="21"/>
                <w:lang w:val="lv-LV"/>
              </w:rPr>
              <w:t>Nosaukums</w:t>
            </w:r>
          </w:p>
        </w:tc>
        <w:tc>
          <w:tcPr>
            <w:tcW w:w="6236" w:type="dxa"/>
            <w:tcMar>
              <w:top w:w="70" w:type="dxa"/>
              <w:left w:w="70" w:type="dxa"/>
              <w:bottom w:w="70" w:type="dxa"/>
              <w:right w:w="70" w:type="dxa"/>
            </w:tcMar>
            <w:vAlign w:val="center"/>
          </w:tcPr>
          <w:p w14:paraId="7F17A130" w14:textId="77777777" w:rsidR="00022F0B" w:rsidRPr="00C2267F" w:rsidRDefault="00022F0B" w:rsidP="00C2267F">
            <w:pPr>
              <w:spacing w:after="0"/>
              <w:jc w:val="both"/>
              <w:rPr>
                <w:lang w:val="lv-LV"/>
              </w:rPr>
            </w:pPr>
          </w:p>
        </w:tc>
      </w:tr>
      <w:tr w:rsidR="00022F0B" w:rsidRPr="00C2267F" w14:paraId="641D7455" w14:textId="77777777">
        <w:trPr>
          <w:jc w:val="center"/>
        </w:trPr>
        <w:tc>
          <w:tcPr>
            <w:tcW w:w="2835" w:type="dxa"/>
            <w:tcMar>
              <w:top w:w="70" w:type="dxa"/>
              <w:left w:w="70" w:type="dxa"/>
              <w:bottom w:w="70" w:type="dxa"/>
              <w:right w:w="70" w:type="dxa"/>
            </w:tcMar>
            <w:vAlign w:val="center"/>
          </w:tcPr>
          <w:p w14:paraId="49B5EC23" w14:textId="77777777" w:rsidR="00022F0B" w:rsidRPr="00C2267F" w:rsidRDefault="00000000" w:rsidP="00C2267F">
            <w:pPr>
              <w:spacing w:after="0"/>
              <w:jc w:val="both"/>
              <w:rPr>
                <w:lang w:val="lv-LV"/>
              </w:rPr>
            </w:pPr>
            <w:r w:rsidRPr="00C2267F">
              <w:rPr>
                <w:sz w:val="21"/>
                <w:lang w:val="lv-LV"/>
              </w:rPr>
              <w:t>Reģistrācijas numurs</w:t>
            </w:r>
          </w:p>
        </w:tc>
        <w:tc>
          <w:tcPr>
            <w:tcW w:w="6236" w:type="dxa"/>
            <w:tcMar>
              <w:top w:w="70" w:type="dxa"/>
              <w:left w:w="70" w:type="dxa"/>
              <w:bottom w:w="70" w:type="dxa"/>
              <w:right w:w="70" w:type="dxa"/>
            </w:tcMar>
            <w:vAlign w:val="center"/>
          </w:tcPr>
          <w:p w14:paraId="6330D9B9" w14:textId="77777777" w:rsidR="00022F0B" w:rsidRPr="00C2267F" w:rsidRDefault="00022F0B" w:rsidP="00C2267F">
            <w:pPr>
              <w:spacing w:after="0"/>
              <w:jc w:val="both"/>
              <w:rPr>
                <w:lang w:val="lv-LV"/>
              </w:rPr>
            </w:pPr>
          </w:p>
        </w:tc>
      </w:tr>
      <w:tr w:rsidR="00022F0B" w:rsidRPr="00C2267F" w14:paraId="32D10517" w14:textId="77777777">
        <w:trPr>
          <w:jc w:val="center"/>
        </w:trPr>
        <w:tc>
          <w:tcPr>
            <w:tcW w:w="2835" w:type="dxa"/>
            <w:tcMar>
              <w:top w:w="70" w:type="dxa"/>
              <w:left w:w="70" w:type="dxa"/>
              <w:bottom w:w="70" w:type="dxa"/>
              <w:right w:w="70" w:type="dxa"/>
            </w:tcMar>
            <w:vAlign w:val="center"/>
          </w:tcPr>
          <w:p w14:paraId="5904D0D2" w14:textId="77777777" w:rsidR="00022F0B" w:rsidRPr="00C2267F" w:rsidRDefault="00000000" w:rsidP="00C2267F">
            <w:pPr>
              <w:spacing w:after="0"/>
              <w:jc w:val="both"/>
              <w:rPr>
                <w:lang w:val="lv-LV"/>
              </w:rPr>
            </w:pPr>
            <w:r w:rsidRPr="00C2267F">
              <w:rPr>
                <w:sz w:val="21"/>
                <w:lang w:val="lv-LV"/>
              </w:rPr>
              <w:t>Juridiskā adrese</w:t>
            </w:r>
          </w:p>
        </w:tc>
        <w:tc>
          <w:tcPr>
            <w:tcW w:w="6236" w:type="dxa"/>
            <w:tcMar>
              <w:top w:w="70" w:type="dxa"/>
              <w:left w:w="70" w:type="dxa"/>
              <w:bottom w:w="70" w:type="dxa"/>
              <w:right w:w="70" w:type="dxa"/>
            </w:tcMar>
            <w:vAlign w:val="center"/>
          </w:tcPr>
          <w:p w14:paraId="28CBF05E" w14:textId="77777777" w:rsidR="00022F0B" w:rsidRPr="00C2267F" w:rsidRDefault="00022F0B" w:rsidP="00C2267F">
            <w:pPr>
              <w:spacing w:after="0"/>
              <w:jc w:val="both"/>
              <w:rPr>
                <w:lang w:val="lv-LV"/>
              </w:rPr>
            </w:pPr>
          </w:p>
        </w:tc>
      </w:tr>
      <w:tr w:rsidR="00022F0B" w:rsidRPr="00C2267F" w14:paraId="4EC30ABF" w14:textId="77777777">
        <w:trPr>
          <w:jc w:val="center"/>
        </w:trPr>
        <w:tc>
          <w:tcPr>
            <w:tcW w:w="2835" w:type="dxa"/>
            <w:tcMar>
              <w:top w:w="70" w:type="dxa"/>
              <w:left w:w="70" w:type="dxa"/>
              <w:bottom w:w="70" w:type="dxa"/>
              <w:right w:w="70" w:type="dxa"/>
            </w:tcMar>
            <w:vAlign w:val="center"/>
          </w:tcPr>
          <w:p w14:paraId="17BD0D03" w14:textId="77777777" w:rsidR="00022F0B" w:rsidRPr="00C2267F" w:rsidRDefault="00000000" w:rsidP="00C2267F">
            <w:pPr>
              <w:spacing w:after="0"/>
              <w:jc w:val="both"/>
              <w:rPr>
                <w:lang w:val="lv-LV"/>
              </w:rPr>
            </w:pPr>
            <w:r w:rsidRPr="00C2267F">
              <w:rPr>
                <w:sz w:val="21"/>
                <w:lang w:val="lv-LV"/>
              </w:rPr>
              <w:t>Tālruņa numurs</w:t>
            </w:r>
          </w:p>
        </w:tc>
        <w:tc>
          <w:tcPr>
            <w:tcW w:w="6236" w:type="dxa"/>
            <w:tcMar>
              <w:top w:w="70" w:type="dxa"/>
              <w:left w:w="70" w:type="dxa"/>
              <w:bottom w:w="70" w:type="dxa"/>
              <w:right w:w="70" w:type="dxa"/>
            </w:tcMar>
            <w:vAlign w:val="center"/>
          </w:tcPr>
          <w:p w14:paraId="4AA8F4C5" w14:textId="77777777" w:rsidR="00022F0B" w:rsidRPr="00C2267F" w:rsidRDefault="00022F0B" w:rsidP="00C2267F">
            <w:pPr>
              <w:spacing w:after="0"/>
              <w:jc w:val="both"/>
              <w:rPr>
                <w:lang w:val="lv-LV"/>
              </w:rPr>
            </w:pPr>
          </w:p>
        </w:tc>
      </w:tr>
      <w:tr w:rsidR="00022F0B" w:rsidRPr="00C2267F" w14:paraId="2C944081" w14:textId="77777777">
        <w:trPr>
          <w:jc w:val="center"/>
        </w:trPr>
        <w:tc>
          <w:tcPr>
            <w:tcW w:w="2835" w:type="dxa"/>
            <w:tcMar>
              <w:top w:w="70" w:type="dxa"/>
              <w:left w:w="70" w:type="dxa"/>
              <w:bottom w:w="70" w:type="dxa"/>
              <w:right w:w="70" w:type="dxa"/>
            </w:tcMar>
            <w:vAlign w:val="center"/>
          </w:tcPr>
          <w:p w14:paraId="2B8031C8" w14:textId="77777777" w:rsidR="00022F0B" w:rsidRPr="00C2267F" w:rsidRDefault="00000000" w:rsidP="00C2267F">
            <w:pPr>
              <w:spacing w:after="0"/>
              <w:jc w:val="both"/>
              <w:rPr>
                <w:lang w:val="lv-LV"/>
              </w:rPr>
            </w:pPr>
            <w:r w:rsidRPr="00C2267F">
              <w:rPr>
                <w:sz w:val="21"/>
                <w:lang w:val="lv-LV"/>
              </w:rPr>
              <w:t>E-pasta adrese</w:t>
            </w:r>
          </w:p>
        </w:tc>
        <w:tc>
          <w:tcPr>
            <w:tcW w:w="6236" w:type="dxa"/>
            <w:tcMar>
              <w:top w:w="70" w:type="dxa"/>
              <w:left w:w="70" w:type="dxa"/>
              <w:bottom w:w="70" w:type="dxa"/>
              <w:right w:w="70" w:type="dxa"/>
            </w:tcMar>
            <w:vAlign w:val="center"/>
          </w:tcPr>
          <w:p w14:paraId="70028AD0" w14:textId="77777777" w:rsidR="00022F0B" w:rsidRPr="00C2267F" w:rsidRDefault="00022F0B" w:rsidP="00C2267F">
            <w:pPr>
              <w:spacing w:after="0"/>
              <w:jc w:val="both"/>
              <w:rPr>
                <w:lang w:val="lv-LV"/>
              </w:rPr>
            </w:pPr>
          </w:p>
        </w:tc>
      </w:tr>
    </w:tbl>
    <w:p w14:paraId="4E7B60EA" w14:textId="77777777" w:rsidR="00022F0B" w:rsidRPr="00C2267F" w:rsidRDefault="00022F0B" w:rsidP="00C2267F">
      <w:pPr>
        <w:jc w:val="both"/>
        <w:rPr>
          <w:lang w:val="lv-LV"/>
        </w:rPr>
      </w:pPr>
    </w:p>
    <w:p w14:paraId="6E41D8DB" w14:textId="77777777" w:rsidR="00022F0B" w:rsidRPr="00C2267F" w:rsidRDefault="00000000" w:rsidP="00C2267F">
      <w:pPr>
        <w:jc w:val="both"/>
        <w:rPr>
          <w:lang w:val="lv-LV"/>
        </w:rPr>
      </w:pPr>
      <w:r w:rsidRPr="00C2267F">
        <w:rPr>
          <w:b/>
          <w:lang w:val="lv-LV"/>
        </w:rPr>
        <w:t>Bankas rekvizīti:</w:t>
      </w:r>
    </w:p>
    <w:tbl>
      <w:tblPr>
        <w:tblStyle w:val="TableGrid"/>
        <w:tblW w:w="0" w:type="auto"/>
        <w:jc w:val="center"/>
        <w:tblLook w:val="04A0" w:firstRow="1" w:lastRow="0" w:firstColumn="1" w:lastColumn="0" w:noHBand="0" w:noVBand="1"/>
      </w:tblPr>
      <w:tblGrid>
        <w:gridCol w:w="2835"/>
        <w:gridCol w:w="6236"/>
      </w:tblGrid>
      <w:tr w:rsidR="00022F0B" w:rsidRPr="00C2267F" w14:paraId="298C2FB4" w14:textId="77777777">
        <w:trPr>
          <w:jc w:val="center"/>
        </w:trPr>
        <w:tc>
          <w:tcPr>
            <w:tcW w:w="2835" w:type="dxa"/>
            <w:tcMar>
              <w:top w:w="70" w:type="dxa"/>
              <w:left w:w="70" w:type="dxa"/>
              <w:bottom w:w="70" w:type="dxa"/>
              <w:right w:w="70" w:type="dxa"/>
            </w:tcMar>
            <w:vAlign w:val="center"/>
          </w:tcPr>
          <w:p w14:paraId="6F294051" w14:textId="77777777" w:rsidR="00022F0B" w:rsidRPr="00C2267F" w:rsidRDefault="00000000" w:rsidP="00C2267F">
            <w:pPr>
              <w:spacing w:after="0"/>
              <w:jc w:val="both"/>
              <w:rPr>
                <w:lang w:val="lv-LV"/>
              </w:rPr>
            </w:pPr>
            <w:r w:rsidRPr="00C2267F">
              <w:rPr>
                <w:sz w:val="21"/>
                <w:lang w:val="lv-LV"/>
              </w:rPr>
              <w:t>Nosaukums</w:t>
            </w:r>
          </w:p>
        </w:tc>
        <w:tc>
          <w:tcPr>
            <w:tcW w:w="6236" w:type="dxa"/>
            <w:tcMar>
              <w:top w:w="70" w:type="dxa"/>
              <w:left w:w="70" w:type="dxa"/>
              <w:bottom w:w="70" w:type="dxa"/>
              <w:right w:w="70" w:type="dxa"/>
            </w:tcMar>
            <w:vAlign w:val="center"/>
          </w:tcPr>
          <w:p w14:paraId="1C955FE2" w14:textId="77777777" w:rsidR="00022F0B" w:rsidRPr="00C2267F" w:rsidRDefault="00022F0B" w:rsidP="00C2267F">
            <w:pPr>
              <w:spacing w:after="0"/>
              <w:jc w:val="both"/>
              <w:rPr>
                <w:lang w:val="lv-LV"/>
              </w:rPr>
            </w:pPr>
          </w:p>
        </w:tc>
      </w:tr>
      <w:tr w:rsidR="00022F0B" w:rsidRPr="00C2267F" w14:paraId="25E2ABE5" w14:textId="77777777">
        <w:trPr>
          <w:jc w:val="center"/>
        </w:trPr>
        <w:tc>
          <w:tcPr>
            <w:tcW w:w="2835" w:type="dxa"/>
            <w:tcMar>
              <w:top w:w="70" w:type="dxa"/>
              <w:left w:w="70" w:type="dxa"/>
              <w:bottom w:w="70" w:type="dxa"/>
              <w:right w:w="70" w:type="dxa"/>
            </w:tcMar>
            <w:vAlign w:val="center"/>
          </w:tcPr>
          <w:p w14:paraId="020ED4A0" w14:textId="77777777" w:rsidR="00022F0B" w:rsidRPr="00C2267F" w:rsidRDefault="00000000" w:rsidP="00C2267F">
            <w:pPr>
              <w:spacing w:after="0"/>
              <w:jc w:val="both"/>
              <w:rPr>
                <w:lang w:val="lv-LV"/>
              </w:rPr>
            </w:pPr>
            <w:r w:rsidRPr="00C2267F">
              <w:rPr>
                <w:sz w:val="21"/>
                <w:lang w:val="lv-LV"/>
              </w:rPr>
              <w:t>Kods</w:t>
            </w:r>
          </w:p>
        </w:tc>
        <w:tc>
          <w:tcPr>
            <w:tcW w:w="6236" w:type="dxa"/>
            <w:tcMar>
              <w:top w:w="70" w:type="dxa"/>
              <w:left w:w="70" w:type="dxa"/>
              <w:bottom w:w="70" w:type="dxa"/>
              <w:right w:w="70" w:type="dxa"/>
            </w:tcMar>
            <w:vAlign w:val="center"/>
          </w:tcPr>
          <w:p w14:paraId="0DFFB580" w14:textId="77777777" w:rsidR="00022F0B" w:rsidRPr="00C2267F" w:rsidRDefault="00022F0B" w:rsidP="00C2267F">
            <w:pPr>
              <w:spacing w:after="0"/>
              <w:jc w:val="both"/>
              <w:rPr>
                <w:lang w:val="lv-LV"/>
              </w:rPr>
            </w:pPr>
          </w:p>
        </w:tc>
      </w:tr>
      <w:tr w:rsidR="00022F0B" w:rsidRPr="00C2267F" w14:paraId="75E5FF0B" w14:textId="77777777">
        <w:trPr>
          <w:jc w:val="center"/>
        </w:trPr>
        <w:tc>
          <w:tcPr>
            <w:tcW w:w="2835" w:type="dxa"/>
            <w:tcMar>
              <w:top w:w="70" w:type="dxa"/>
              <w:left w:w="70" w:type="dxa"/>
              <w:bottom w:w="70" w:type="dxa"/>
              <w:right w:w="70" w:type="dxa"/>
            </w:tcMar>
            <w:vAlign w:val="center"/>
          </w:tcPr>
          <w:p w14:paraId="03E94A1C" w14:textId="77777777" w:rsidR="00022F0B" w:rsidRPr="00C2267F" w:rsidRDefault="00000000" w:rsidP="00C2267F">
            <w:pPr>
              <w:spacing w:after="0"/>
              <w:jc w:val="both"/>
              <w:rPr>
                <w:lang w:val="lv-LV"/>
              </w:rPr>
            </w:pPr>
            <w:r w:rsidRPr="00C2267F">
              <w:rPr>
                <w:sz w:val="21"/>
                <w:lang w:val="lv-LV"/>
              </w:rPr>
              <w:t>Konts</w:t>
            </w:r>
          </w:p>
        </w:tc>
        <w:tc>
          <w:tcPr>
            <w:tcW w:w="6236" w:type="dxa"/>
            <w:tcMar>
              <w:top w:w="70" w:type="dxa"/>
              <w:left w:w="70" w:type="dxa"/>
              <w:bottom w:w="70" w:type="dxa"/>
              <w:right w:w="70" w:type="dxa"/>
            </w:tcMar>
            <w:vAlign w:val="center"/>
          </w:tcPr>
          <w:p w14:paraId="27CCC673" w14:textId="77777777" w:rsidR="00022F0B" w:rsidRPr="00C2267F" w:rsidRDefault="00022F0B" w:rsidP="00C2267F">
            <w:pPr>
              <w:spacing w:after="0"/>
              <w:jc w:val="both"/>
              <w:rPr>
                <w:lang w:val="lv-LV"/>
              </w:rPr>
            </w:pPr>
          </w:p>
        </w:tc>
      </w:tr>
    </w:tbl>
    <w:p w14:paraId="317A7A0C" w14:textId="77777777" w:rsidR="00244552" w:rsidRDefault="00244552" w:rsidP="00C2267F">
      <w:pPr>
        <w:jc w:val="both"/>
        <w:rPr>
          <w:lang w:val="lv-LV"/>
        </w:rPr>
      </w:pPr>
    </w:p>
    <w:p w14:paraId="13763DF6" w14:textId="75722817" w:rsidR="00022F0B" w:rsidRPr="00C2267F" w:rsidRDefault="00000000" w:rsidP="00C2267F">
      <w:pPr>
        <w:jc w:val="both"/>
        <w:rPr>
          <w:lang w:val="lv-LV"/>
        </w:rPr>
      </w:pPr>
      <w:r w:rsidRPr="00C2267F">
        <w:rPr>
          <w:lang w:val="lv-LV"/>
        </w:rPr>
        <w:t xml:space="preserve">1. Piedāvājuma derīguma termiņš ir līdz </w:t>
      </w:r>
      <w:r w:rsidR="00244552" w:rsidRPr="00244552">
        <w:rPr>
          <w:lang w:val="lv-LV"/>
        </w:rPr>
        <w:t>_______________</w:t>
      </w:r>
      <w:r w:rsidRPr="00C2267F">
        <w:rPr>
          <w:lang w:val="lv-LV"/>
        </w:rPr>
        <w:t>.</w:t>
      </w:r>
    </w:p>
    <w:p w14:paraId="3A33CEAC" w14:textId="4943436B" w:rsidR="00022F0B" w:rsidRPr="00C2267F" w:rsidRDefault="00000000" w:rsidP="00C2267F">
      <w:pPr>
        <w:jc w:val="both"/>
        <w:rPr>
          <w:lang w:val="lv-LV"/>
        </w:rPr>
      </w:pPr>
      <w:r w:rsidRPr="00C2267F">
        <w:rPr>
          <w:lang w:val="lv-LV"/>
        </w:rPr>
        <w:t xml:space="preserve">2. Līguma izpildes termiņš: </w:t>
      </w:r>
      <w:r w:rsidR="00244552" w:rsidRPr="00244552">
        <w:rPr>
          <w:lang w:val="lv-LV"/>
        </w:rPr>
        <w:t>_______________</w:t>
      </w:r>
      <w:r w:rsidRPr="00C2267F">
        <w:rPr>
          <w:lang w:val="lv-LV"/>
        </w:rPr>
        <w:t>.</w:t>
      </w:r>
    </w:p>
    <w:p w14:paraId="708C812F" w14:textId="77777777" w:rsidR="00022F0B" w:rsidRPr="00C2267F" w:rsidRDefault="00000000" w:rsidP="00C2267F">
      <w:pPr>
        <w:jc w:val="both"/>
        <w:rPr>
          <w:lang w:val="lv-LV"/>
        </w:rPr>
      </w:pPr>
      <w:r w:rsidRPr="00C2267F">
        <w:rPr>
          <w:lang w:val="lv-LV"/>
        </w:rPr>
        <w:t>3. Informācija par apakšuzņēmējiem, ja tādi plānoti:</w:t>
      </w:r>
    </w:p>
    <w:tbl>
      <w:tblPr>
        <w:tblStyle w:val="TableGrid"/>
        <w:tblW w:w="0" w:type="auto"/>
        <w:jc w:val="center"/>
        <w:tblLook w:val="04A0" w:firstRow="1" w:lastRow="0" w:firstColumn="1" w:lastColumn="0" w:noHBand="0" w:noVBand="1"/>
      </w:tblPr>
      <w:tblGrid>
        <w:gridCol w:w="3118"/>
        <w:gridCol w:w="2835"/>
        <w:gridCol w:w="3402"/>
      </w:tblGrid>
      <w:tr w:rsidR="00022F0B" w:rsidRPr="00C2267F" w14:paraId="71DCB3DA" w14:textId="77777777">
        <w:trPr>
          <w:tblHeader/>
          <w:jc w:val="center"/>
        </w:trPr>
        <w:tc>
          <w:tcPr>
            <w:tcW w:w="3118" w:type="dxa"/>
            <w:tcMar>
              <w:top w:w="70" w:type="dxa"/>
              <w:left w:w="70" w:type="dxa"/>
              <w:bottom w:w="70" w:type="dxa"/>
              <w:right w:w="70" w:type="dxa"/>
            </w:tcMar>
            <w:vAlign w:val="center"/>
          </w:tcPr>
          <w:p w14:paraId="5944ED12" w14:textId="77777777" w:rsidR="00022F0B" w:rsidRPr="00C2267F" w:rsidRDefault="00000000" w:rsidP="00C2267F">
            <w:pPr>
              <w:spacing w:after="0"/>
              <w:jc w:val="both"/>
              <w:rPr>
                <w:lang w:val="lv-LV"/>
              </w:rPr>
            </w:pPr>
            <w:r w:rsidRPr="00C2267F">
              <w:rPr>
                <w:b/>
                <w:sz w:val="21"/>
                <w:lang w:val="lv-LV"/>
              </w:rPr>
              <w:t>Nosaukums</w:t>
            </w:r>
          </w:p>
        </w:tc>
        <w:tc>
          <w:tcPr>
            <w:tcW w:w="2835" w:type="dxa"/>
            <w:tcMar>
              <w:top w:w="70" w:type="dxa"/>
              <w:left w:w="70" w:type="dxa"/>
              <w:bottom w:w="70" w:type="dxa"/>
              <w:right w:w="70" w:type="dxa"/>
            </w:tcMar>
            <w:vAlign w:val="center"/>
          </w:tcPr>
          <w:p w14:paraId="4447B543" w14:textId="77777777" w:rsidR="00022F0B" w:rsidRPr="00C2267F" w:rsidRDefault="00000000" w:rsidP="00C2267F">
            <w:pPr>
              <w:spacing w:after="0"/>
              <w:jc w:val="both"/>
              <w:rPr>
                <w:lang w:val="lv-LV"/>
              </w:rPr>
            </w:pPr>
            <w:r w:rsidRPr="00C2267F">
              <w:rPr>
                <w:b/>
                <w:sz w:val="21"/>
                <w:lang w:val="lv-LV"/>
              </w:rPr>
              <w:t>Reģistrācijas numurs</w:t>
            </w:r>
          </w:p>
        </w:tc>
        <w:tc>
          <w:tcPr>
            <w:tcW w:w="3402" w:type="dxa"/>
            <w:tcMar>
              <w:top w:w="70" w:type="dxa"/>
              <w:left w:w="70" w:type="dxa"/>
              <w:bottom w:w="70" w:type="dxa"/>
              <w:right w:w="70" w:type="dxa"/>
            </w:tcMar>
            <w:vAlign w:val="center"/>
          </w:tcPr>
          <w:p w14:paraId="0E01B07F" w14:textId="77777777" w:rsidR="00022F0B" w:rsidRPr="00C2267F" w:rsidRDefault="00000000" w:rsidP="00C2267F">
            <w:pPr>
              <w:spacing w:after="0"/>
              <w:jc w:val="both"/>
              <w:rPr>
                <w:lang w:val="lv-LV"/>
              </w:rPr>
            </w:pPr>
            <w:r w:rsidRPr="00C2267F">
              <w:rPr>
                <w:b/>
                <w:sz w:val="21"/>
                <w:lang w:val="lv-LV"/>
              </w:rPr>
              <w:t>Juridiskā adrese</w:t>
            </w:r>
          </w:p>
        </w:tc>
      </w:tr>
      <w:tr w:rsidR="00022F0B" w:rsidRPr="00C2267F" w14:paraId="31C51F77" w14:textId="77777777">
        <w:trPr>
          <w:jc w:val="center"/>
        </w:trPr>
        <w:tc>
          <w:tcPr>
            <w:tcW w:w="3118" w:type="dxa"/>
            <w:tcMar>
              <w:top w:w="70" w:type="dxa"/>
              <w:left w:w="70" w:type="dxa"/>
              <w:bottom w:w="70" w:type="dxa"/>
              <w:right w:w="70" w:type="dxa"/>
            </w:tcMar>
            <w:vAlign w:val="center"/>
          </w:tcPr>
          <w:p w14:paraId="3AECA97B" w14:textId="77777777" w:rsidR="00022F0B" w:rsidRPr="00C2267F" w:rsidRDefault="00022F0B" w:rsidP="00C2267F">
            <w:pPr>
              <w:spacing w:after="0"/>
              <w:jc w:val="both"/>
              <w:rPr>
                <w:lang w:val="lv-LV"/>
              </w:rPr>
            </w:pPr>
          </w:p>
        </w:tc>
        <w:tc>
          <w:tcPr>
            <w:tcW w:w="2835" w:type="dxa"/>
            <w:tcMar>
              <w:top w:w="70" w:type="dxa"/>
              <w:left w:w="70" w:type="dxa"/>
              <w:bottom w:w="70" w:type="dxa"/>
              <w:right w:w="70" w:type="dxa"/>
            </w:tcMar>
            <w:vAlign w:val="center"/>
          </w:tcPr>
          <w:p w14:paraId="242EB41E" w14:textId="77777777" w:rsidR="00022F0B" w:rsidRPr="00C2267F" w:rsidRDefault="00022F0B" w:rsidP="00C2267F">
            <w:pPr>
              <w:spacing w:after="0"/>
              <w:jc w:val="both"/>
              <w:rPr>
                <w:lang w:val="lv-LV"/>
              </w:rPr>
            </w:pPr>
          </w:p>
        </w:tc>
        <w:tc>
          <w:tcPr>
            <w:tcW w:w="3402" w:type="dxa"/>
            <w:tcMar>
              <w:top w:w="70" w:type="dxa"/>
              <w:left w:w="70" w:type="dxa"/>
              <w:bottom w:w="70" w:type="dxa"/>
              <w:right w:w="70" w:type="dxa"/>
            </w:tcMar>
            <w:vAlign w:val="center"/>
          </w:tcPr>
          <w:p w14:paraId="2EC0B3F9" w14:textId="77777777" w:rsidR="00022F0B" w:rsidRPr="00C2267F" w:rsidRDefault="00022F0B" w:rsidP="00C2267F">
            <w:pPr>
              <w:spacing w:after="0"/>
              <w:jc w:val="both"/>
              <w:rPr>
                <w:lang w:val="lv-LV"/>
              </w:rPr>
            </w:pPr>
          </w:p>
        </w:tc>
      </w:tr>
    </w:tbl>
    <w:p w14:paraId="7254E10F" w14:textId="77777777" w:rsidR="00022F0B" w:rsidRPr="00E81F06" w:rsidRDefault="00000000" w:rsidP="00C2267F">
      <w:pPr>
        <w:jc w:val="both"/>
        <w:rPr>
          <w:lang w:val="lv-LV"/>
        </w:rPr>
      </w:pPr>
      <w:r w:rsidRPr="00E81F06">
        <w:rPr>
          <w:lang w:val="lv-LV"/>
        </w:rPr>
        <w:t>4. Pretendenta finanšu rādītāji (saskaņā ar Nolikuma 4.3. punktu)</w:t>
      </w:r>
    </w:p>
    <w:tbl>
      <w:tblPr>
        <w:tblStyle w:val="TableGrid"/>
        <w:tblW w:w="0" w:type="auto"/>
        <w:jc w:val="center"/>
        <w:tblLook w:val="04A0" w:firstRow="1" w:lastRow="0" w:firstColumn="1" w:lastColumn="0" w:noHBand="0" w:noVBand="1"/>
      </w:tblPr>
      <w:tblGrid>
        <w:gridCol w:w="3402"/>
        <w:gridCol w:w="5953"/>
      </w:tblGrid>
      <w:tr w:rsidR="00022F0B" w:rsidRPr="00E81F06" w14:paraId="5F21C7CB" w14:textId="77777777">
        <w:trPr>
          <w:tblHeader/>
          <w:jc w:val="center"/>
        </w:trPr>
        <w:tc>
          <w:tcPr>
            <w:tcW w:w="3402" w:type="dxa"/>
            <w:tcMar>
              <w:top w:w="70" w:type="dxa"/>
              <w:left w:w="70" w:type="dxa"/>
              <w:bottom w:w="70" w:type="dxa"/>
              <w:right w:w="70" w:type="dxa"/>
            </w:tcMar>
            <w:vAlign w:val="center"/>
          </w:tcPr>
          <w:p w14:paraId="3D4AEB92" w14:textId="77777777" w:rsidR="00022F0B" w:rsidRPr="00E81F06" w:rsidRDefault="00000000" w:rsidP="00C2267F">
            <w:pPr>
              <w:spacing w:after="0"/>
              <w:jc w:val="both"/>
              <w:rPr>
                <w:lang w:val="lv-LV"/>
              </w:rPr>
            </w:pPr>
            <w:r w:rsidRPr="00E81F06">
              <w:rPr>
                <w:b/>
                <w:sz w:val="21"/>
                <w:lang w:val="lv-LV"/>
              </w:rPr>
              <w:t>Gads</w:t>
            </w:r>
          </w:p>
        </w:tc>
        <w:tc>
          <w:tcPr>
            <w:tcW w:w="5953" w:type="dxa"/>
            <w:tcMar>
              <w:top w:w="70" w:type="dxa"/>
              <w:left w:w="70" w:type="dxa"/>
              <w:bottom w:w="70" w:type="dxa"/>
              <w:right w:w="70" w:type="dxa"/>
            </w:tcMar>
            <w:vAlign w:val="center"/>
          </w:tcPr>
          <w:p w14:paraId="7E3C01E6" w14:textId="77777777" w:rsidR="00022F0B" w:rsidRPr="00E81F06" w:rsidRDefault="00000000" w:rsidP="00C2267F">
            <w:pPr>
              <w:spacing w:after="0"/>
              <w:jc w:val="both"/>
              <w:rPr>
                <w:lang w:val="lv-LV"/>
              </w:rPr>
            </w:pPr>
            <w:r w:rsidRPr="00E81F06">
              <w:rPr>
                <w:b/>
                <w:sz w:val="21"/>
                <w:lang w:val="lv-LV"/>
              </w:rPr>
              <w:t>Finanšu apgrozījums bez PVN (EUR)</w:t>
            </w:r>
          </w:p>
        </w:tc>
      </w:tr>
      <w:tr w:rsidR="00022F0B" w:rsidRPr="00E81F06" w14:paraId="35EE9418" w14:textId="77777777">
        <w:trPr>
          <w:jc w:val="center"/>
        </w:trPr>
        <w:tc>
          <w:tcPr>
            <w:tcW w:w="3402" w:type="dxa"/>
            <w:tcMar>
              <w:top w:w="70" w:type="dxa"/>
              <w:left w:w="70" w:type="dxa"/>
              <w:bottom w:w="70" w:type="dxa"/>
              <w:right w:w="70" w:type="dxa"/>
            </w:tcMar>
            <w:vAlign w:val="center"/>
          </w:tcPr>
          <w:p w14:paraId="2DFA9EAC" w14:textId="77777777" w:rsidR="00022F0B" w:rsidRPr="00E81F06" w:rsidRDefault="00022F0B" w:rsidP="00C2267F">
            <w:pPr>
              <w:spacing w:after="0"/>
              <w:jc w:val="both"/>
              <w:rPr>
                <w:lang w:val="lv-LV"/>
              </w:rPr>
            </w:pPr>
          </w:p>
        </w:tc>
        <w:tc>
          <w:tcPr>
            <w:tcW w:w="5953" w:type="dxa"/>
            <w:tcMar>
              <w:top w:w="70" w:type="dxa"/>
              <w:left w:w="70" w:type="dxa"/>
              <w:bottom w:w="70" w:type="dxa"/>
              <w:right w:w="70" w:type="dxa"/>
            </w:tcMar>
            <w:vAlign w:val="center"/>
          </w:tcPr>
          <w:p w14:paraId="02A603DB" w14:textId="77777777" w:rsidR="00022F0B" w:rsidRPr="00E81F06" w:rsidRDefault="00022F0B" w:rsidP="00C2267F">
            <w:pPr>
              <w:spacing w:after="0"/>
              <w:jc w:val="both"/>
              <w:rPr>
                <w:lang w:val="lv-LV"/>
              </w:rPr>
            </w:pPr>
          </w:p>
        </w:tc>
      </w:tr>
      <w:tr w:rsidR="00022F0B" w:rsidRPr="00E81F06" w14:paraId="7B019294" w14:textId="77777777">
        <w:trPr>
          <w:jc w:val="center"/>
        </w:trPr>
        <w:tc>
          <w:tcPr>
            <w:tcW w:w="3402" w:type="dxa"/>
            <w:tcMar>
              <w:top w:w="70" w:type="dxa"/>
              <w:left w:w="70" w:type="dxa"/>
              <w:bottom w:w="70" w:type="dxa"/>
              <w:right w:w="70" w:type="dxa"/>
            </w:tcMar>
            <w:vAlign w:val="center"/>
          </w:tcPr>
          <w:p w14:paraId="1CB424A8" w14:textId="77777777" w:rsidR="00022F0B" w:rsidRPr="00E81F06" w:rsidRDefault="00022F0B" w:rsidP="00C2267F">
            <w:pPr>
              <w:spacing w:after="0"/>
              <w:jc w:val="both"/>
              <w:rPr>
                <w:lang w:val="lv-LV"/>
              </w:rPr>
            </w:pPr>
          </w:p>
        </w:tc>
        <w:tc>
          <w:tcPr>
            <w:tcW w:w="5953" w:type="dxa"/>
            <w:tcMar>
              <w:top w:w="70" w:type="dxa"/>
              <w:left w:w="70" w:type="dxa"/>
              <w:bottom w:w="70" w:type="dxa"/>
              <w:right w:w="70" w:type="dxa"/>
            </w:tcMar>
            <w:vAlign w:val="center"/>
          </w:tcPr>
          <w:p w14:paraId="45EEF388" w14:textId="77777777" w:rsidR="00022F0B" w:rsidRPr="00E81F06" w:rsidRDefault="00022F0B" w:rsidP="00C2267F">
            <w:pPr>
              <w:spacing w:after="0"/>
              <w:jc w:val="both"/>
              <w:rPr>
                <w:lang w:val="lv-LV"/>
              </w:rPr>
            </w:pPr>
          </w:p>
        </w:tc>
      </w:tr>
      <w:tr w:rsidR="00022F0B" w:rsidRPr="00E81F06" w14:paraId="07DF4B0A" w14:textId="77777777">
        <w:trPr>
          <w:jc w:val="center"/>
        </w:trPr>
        <w:tc>
          <w:tcPr>
            <w:tcW w:w="3402" w:type="dxa"/>
            <w:tcMar>
              <w:top w:w="70" w:type="dxa"/>
              <w:left w:w="70" w:type="dxa"/>
              <w:bottom w:w="70" w:type="dxa"/>
              <w:right w:w="70" w:type="dxa"/>
            </w:tcMar>
            <w:vAlign w:val="center"/>
          </w:tcPr>
          <w:p w14:paraId="0661205F" w14:textId="77777777" w:rsidR="00022F0B" w:rsidRPr="00E81F06" w:rsidRDefault="00022F0B" w:rsidP="00C2267F">
            <w:pPr>
              <w:spacing w:after="0"/>
              <w:jc w:val="both"/>
              <w:rPr>
                <w:lang w:val="lv-LV"/>
              </w:rPr>
            </w:pPr>
          </w:p>
        </w:tc>
        <w:tc>
          <w:tcPr>
            <w:tcW w:w="5953" w:type="dxa"/>
            <w:tcMar>
              <w:top w:w="70" w:type="dxa"/>
              <w:left w:w="70" w:type="dxa"/>
              <w:bottom w:w="70" w:type="dxa"/>
              <w:right w:w="70" w:type="dxa"/>
            </w:tcMar>
            <w:vAlign w:val="center"/>
          </w:tcPr>
          <w:p w14:paraId="57237F81" w14:textId="77777777" w:rsidR="00022F0B" w:rsidRPr="00E81F06" w:rsidRDefault="00022F0B" w:rsidP="00C2267F">
            <w:pPr>
              <w:spacing w:after="0"/>
              <w:jc w:val="both"/>
              <w:rPr>
                <w:lang w:val="lv-LV"/>
              </w:rPr>
            </w:pPr>
          </w:p>
        </w:tc>
      </w:tr>
      <w:tr w:rsidR="00022F0B" w:rsidRPr="00E81F06" w14:paraId="17329213" w14:textId="77777777">
        <w:trPr>
          <w:jc w:val="center"/>
        </w:trPr>
        <w:tc>
          <w:tcPr>
            <w:tcW w:w="3402" w:type="dxa"/>
            <w:tcMar>
              <w:top w:w="70" w:type="dxa"/>
              <w:left w:w="70" w:type="dxa"/>
              <w:bottom w:w="70" w:type="dxa"/>
              <w:right w:w="70" w:type="dxa"/>
            </w:tcMar>
            <w:vAlign w:val="center"/>
          </w:tcPr>
          <w:p w14:paraId="1C4E6393" w14:textId="77777777" w:rsidR="00022F0B" w:rsidRPr="00E81F06" w:rsidRDefault="00000000" w:rsidP="00C2267F">
            <w:pPr>
              <w:spacing w:after="0"/>
              <w:jc w:val="both"/>
              <w:rPr>
                <w:lang w:val="lv-LV"/>
              </w:rPr>
            </w:pPr>
            <w:r w:rsidRPr="00E81F06">
              <w:rPr>
                <w:sz w:val="21"/>
                <w:lang w:val="lv-LV"/>
              </w:rPr>
              <w:t>Prasība</w:t>
            </w:r>
          </w:p>
        </w:tc>
        <w:tc>
          <w:tcPr>
            <w:tcW w:w="5953" w:type="dxa"/>
            <w:tcMar>
              <w:top w:w="70" w:type="dxa"/>
              <w:left w:w="70" w:type="dxa"/>
              <w:bottom w:w="70" w:type="dxa"/>
              <w:right w:w="70" w:type="dxa"/>
            </w:tcMar>
            <w:vAlign w:val="center"/>
          </w:tcPr>
          <w:p w14:paraId="064EC6F0" w14:textId="247AD575" w:rsidR="00022F0B" w:rsidRPr="00E81F06" w:rsidRDefault="00000000" w:rsidP="00C2267F">
            <w:pPr>
              <w:spacing w:after="0"/>
              <w:jc w:val="both"/>
              <w:rPr>
                <w:lang w:val="lv-LV"/>
              </w:rPr>
            </w:pPr>
            <w:r w:rsidRPr="00E81F06">
              <w:rPr>
                <w:sz w:val="21"/>
                <w:lang w:val="lv-LV"/>
              </w:rPr>
              <w:t xml:space="preserve">Min. 1 500 000 EUR </w:t>
            </w:r>
            <w:r w:rsidR="00244552" w:rsidRPr="00E81F06">
              <w:rPr>
                <w:sz w:val="21"/>
                <w:lang w:val="lv-LV"/>
              </w:rPr>
              <w:t>vidēji pēdējos 3 gados</w:t>
            </w:r>
          </w:p>
        </w:tc>
      </w:tr>
    </w:tbl>
    <w:p w14:paraId="0A1A8ED0" w14:textId="77777777" w:rsidR="00022F0B" w:rsidRPr="00E81F06" w:rsidRDefault="00000000" w:rsidP="00C2267F">
      <w:pPr>
        <w:jc w:val="both"/>
        <w:rPr>
          <w:lang w:val="lv-LV"/>
        </w:rPr>
      </w:pPr>
      <w:r w:rsidRPr="00E81F06">
        <w:rPr>
          <w:lang w:val="lv-LV"/>
        </w:rPr>
        <w:t>5. Pretendenta pieredze (saskaņā ar Nolikuma 4.4. punktu)</w:t>
      </w:r>
    </w:p>
    <w:p w14:paraId="37E585F9" w14:textId="77777777" w:rsidR="00022F0B" w:rsidRPr="00E81F06" w:rsidRDefault="00000000" w:rsidP="00C2267F">
      <w:pPr>
        <w:jc w:val="both"/>
        <w:rPr>
          <w:lang w:val="lv-LV"/>
        </w:rPr>
      </w:pPr>
      <w:r w:rsidRPr="00E81F06">
        <w:rPr>
          <w:lang w:val="lv-LV"/>
        </w:rPr>
        <w:t>Lai apliecinātu pieredzi, tabulā jānorāda vismaz 2 (divi) lauksaimniecības būvju objekti, kuros izbūvētas un uzstādītas slaucamo govju slaukšanas sistēmas.</w:t>
      </w:r>
    </w:p>
    <w:tbl>
      <w:tblPr>
        <w:tblStyle w:val="TableGrid"/>
        <w:tblW w:w="0" w:type="auto"/>
        <w:jc w:val="center"/>
        <w:tblLook w:val="04A0" w:firstRow="1" w:lastRow="0" w:firstColumn="1" w:lastColumn="0" w:noHBand="0" w:noVBand="1"/>
      </w:tblPr>
      <w:tblGrid>
        <w:gridCol w:w="737"/>
        <w:gridCol w:w="2098"/>
        <w:gridCol w:w="1871"/>
        <w:gridCol w:w="3005"/>
        <w:gridCol w:w="1984"/>
      </w:tblGrid>
      <w:tr w:rsidR="00022F0B" w:rsidRPr="00C2267F" w14:paraId="7069F338" w14:textId="77777777">
        <w:trPr>
          <w:tblHeader/>
          <w:jc w:val="center"/>
        </w:trPr>
        <w:tc>
          <w:tcPr>
            <w:tcW w:w="737" w:type="dxa"/>
            <w:tcMar>
              <w:top w:w="70" w:type="dxa"/>
              <w:left w:w="70" w:type="dxa"/>
              <w:bottom w:w="70" w:type="dxa"/>
              <w:right w:w="70" w:type="dxa"/>
            </w:tcMar>
            <w:vAlign w:val="center"/>
          </w:tcPr>
          <w:p w14:paraId="7B517513" w14:textId="77777777" w:rsidR="00022F0B" w:rsidRPr="00E81F06" w:rsidRDefault="00000000" w:rsidP="00C2267F">
            <w:pPr>
              <w:spacing w:after="0"/>
              <w:jc w:val="both"/>
              <w:rPr>
                <w:lang w:val="lv-LV"/>
              </w:rPr>
            </w:pPr>
            <w:r w:rsidRPr="00E81F06">
              <w:rPr>
                <w:b/>
                <w:sz w:val="21"/>
                <w:lang w:val="lv-LV"/>
              </w:rPr>
              <w:t>Nr. p.k.</w:t>
            </w:r>
          </w:p>
        </w:tc>
        <w:tc>
          <w:tcPr>
            <w:tcW w:w="2098" w:type="dxa"/>
            <w:tcMar>
              <w:top w:w="70" w:type="dxa"/>
              <w:left w:w="70" w:type="dxa"/>
              <w:bottom w:w="70" w:type="dxa"/>
              <w:right w:w="70" w:type="dxa"/>
            </w:tcMar>
            <w:vAlign w:val="center"/>
          </w:tcPr>
          <w:p w14:paraId="7F054F03" w14:textId="77777777" w:rsidR="00022F0B" w:rsidRPr="00E81F06" w:rsidRDefault="00000000" w:rsidP="00C2267F">
            <w:pPr>
              <w:spacing w:after="0"/>
              <w:jc w:val="both"/>
              <w:rPr>
                <w:lang w:val="lv-LV"/>
              </w:rPr>
            </w:pPr>
            <w:r w:rsidRPr="00E81F06">
              <w:rPr>
                <w:b/>
                <w:sz w:val="21"/>
                <w:lang w:val="lv-LV"/>
              </w:rPr>
              <w:t>Objekta nosaukums un atrašanās vieta</w:t>
            </w:r>
          </w:p>
        </w:tc>
        <w:tc>
          <w:tcPr>
            <w:tcW w:w="1871" w:type="dxa"/>
            <w:tcMar>
              <w:top w:w="70" w:type="dxa"/>
              <w:left w:w="70" w:type="dxa"/>
              <w:bottom w:w="70" w:type="dxa"/>
              <w:right w:w="70" w:type="dxa"/>
            </w:tcMar>
            <w:vAlign w:val="center"/>
          </w:tcPr>
          <w:p w14:paraId="09B522B3" w14:textId="77777777" w:rsidR="00022F0B" w:rsidRPr="00E81F06" w:rsidRDefault="00000000" w:rsidP="00C2267F">
            <w:pPr>
              <w:spacing w:after="0"/>
              <w:jc w:val="both"/>
              <w:rPr>
                <w:lang w:val="lv-LV"/>
              </w:rPr>
            </w:pPr>
            <w:r w:rsidRPr="00E81F06">
              <w:rPr>
                <w:b/>
                <w:sz w:val="21"/>
                <w:lang w:val="lv-LV"/>
              </w:rPr>
              <w:t>Darbu izpildes periods / pabeigšanas datums</w:t>
            </w:r>
          </w:p>
        </w:tc>
        <w:tc>
          <w:tcPr>
            <w:tcW w:w="3005" w:type="dxa"/>
            <w:tcMar>
              <w:top w:w="70" w:type="dxa"/>
              <w:left w:w="70" w:type="dxa"/>
              <w:bottom w:w="70" w:type="dxa"/>
              <w:right w:w="70" w:type="dxa"/>
            </w:tcMar>
            <w:vAlign w:val="center"/>
          </w:tcPr>
          <w:p w14:paraId="0500E334" w14:textId="77777777" w:rsidR="00022F0B" w:rsidRPr="00E81F06" w:rsidRDefault="00000000" w:rsidP="00C2267F">
            <w:pPr>
              <w:spacing w:after="0"/>
              <w:jc w:val="both"/>
              <w:rPr>
                <w:lang w:val="lv-LV"/>
              </w:rPr>
            </w:pPr>
            <w:r w:rsidRPr="00E81F06">
              <w:rPr>
                <w:b/>
                <w:sz w:val="21"/>
                <w:lang w:val="lv-LV"/>
              </w:rPr>
              <w:t>Būvdarbu veids / ēkas veids / slaukšanas sistēmas apraksts</w:t>
            </w:r>
          </w:p>
        </w:tc>
        <w:tc>
          <w:tcPr>
            <w:tcW w:w="1984" w:type="dxa"/>
            <w:tcMar>
              <w:top w:w="70" w:type="dxa"/>
              <w:left w:w="70" w:type="dxa"/>
              <w:bottom w:w="70" w:type="dxa"/>
              <w:right w:w="70" w:type="dxa"/>
            </w:tcMar>
            <w:vAlign w:val="center"/>
          </w:tcPr>
          <w:p w14:paraId="0E1901E2" w14:textId="77777777" w:rsidR="00022F0B" w:rsidRPr="00C2267F" w:rsidRDefault="00000000" w:rsidP="00C2267F">
            <w:pPr>
              <w:spacing w:after="0"/>
              <w:jc w:val="both"/>
              <w:rPr>
                <w:lang w:val="lv-LV"/>
              </w:rPr>
            </w:pPr>
            <w:r w:rsidRPr="00E81F06">
              <w:rPr>
                <w:b/>
                <w:sz w:val="21"/>
                <w:lang w:val="lv-LV"/>
              </w:rPr>
              <w:t>Pasūtītājs, kontaktpersona, tālrunis</w:t>
            </w:r>
          </w:p>
        </w:tc>
      </w:tr>
      <w:tr w:rsidR="00022F0B" w:rsidRPr="00C2267F" w14:paraId="69EE1E46" w14:textId="77777777">
        <w:trPr>
          <w:jc w:val="center"/>
        </w:trPr>
        <w:tc>
          <w:tcPr>
            <w:tcW w:w="737" w:type="dxa"/>
            <w:tcMar>
              <w:top w:w="70" w:type="dxa"/>
              <w:left w:w="70" w:type="dxa"/>
              <w:bottom w:w="70" w:type="dxa"/>
              <w:right w:w="70" w:type="dxa"/>
            </w:tcMar>
            <w:vAlign w:val="center"/>
          </w:tcPr>
          <w:p w14:paraId="2BA4AD6C" w14:textId="77777777" w:rsidR="00022F0B" w:rsidRPr="00C2267F" w:rsidRDefault="00000000" w:rsidP="00C2267F">
            <w:pPr>
              <w:spacing w:after="0"/>
              <w:jc w:val="both"/>
              <w:rPr>
                <w:lang w:val="lv-LV"/>
              </w:rPr>
            </w:pPr>
            <w:r w:rsidRPr="00C2267F">
              <w:rPr>
                <w:sz w:val="21"/>
                <w:lang w:val="lv-LV"/>
              </w:rPr>
              <w:t>1.</w:t>
            </w:r>
          </w:p>
        </w:tc>
        <w:tc>
          <w:tcPr>
            <w:tcW w:w="2098" w:type="dxa"/>
            <w:tcMar>
              <w:top w:w="70" w:type="dxa"/>
              <w:left w:w="70" w:type="dxa"/>
              <w:bottom w:w="70" w:type="dxa"/>
              <w:right w:w="70" w:type="dxa"/>
            </w:tcMar>
            <w:vAlign w:val="center"/>
          </w:tcPr>
          <w:p w14:paraId="679DC84C" w14:textId="77777777" w:rsidR="00022F0B" w:rsidRPr="00C2267F" w:rsidRDefault="00022F0B" w:rsidP="00C2267F">
            <w:pPr>
              <w:spacing w:after="0"/>
              <w:jc w:val="both"/>
              <w:rPr>
                <w:lang w:val="lv-LV"/>
              </w:rPr>
            </w:pPr>
          </w:p>
        </w:tc>
        <w:tc>
          <w:tcPr>
            <w:tcW w:w="1871" w:type="dxa"/>
            <w:tcMar>
              <w:top w:w="70" w:type="dxa"/>
              <w:left w:w="70" w:type="dxa"/>
              <w:bottom w:w="70" w:type="dxa"/>
              <w:right w:w="70" w:type="dxa"/>
            </w:tcMar>
            <w:vAlign w:val="center"/>
          </w:tcPr>
          <w:p w14:paraId="2B19F110" w14:textId="77777777" w:rsidR="00022F0B" w:rsidRPr="00C2267F" w:rsidRDefault="00022F0B" w:rsidP="00C2267F">
            <w:pPr>
              <w:spacing w:after="0"/>
              <w:jc w:val="both"/>
              <w:rPr>
                <w:lang w:val="lv-LV"/>
              </w:rPr>
            </w:pPr>
          </w:p>
        </w:tc>
        <w:tc>
          <w:tcPr>
            <w:tcW w:w="3005" w:type="dxa"/>
            <w:tcMar>
              <w:top w:w="70" w:type="dxa"/>
              <w:left w:w="70" w:type="dxa"/>
              <w:bottom w:w="70" w:type="dxa"/>
              <w:right w:w="70" w:type="dxa"/>
            </w:tcMar>
            <w:vAlign w:val="center"/>
          </w:tcPr>
          <w:p w14:paraId="1D41CA68" w14:textId="77777777" w:rsidR="00022F0B" w:rsidRPr="00C2267F" w:rsidRDefault="00022F0B" w:rsidP="00C2267F">
            <w:pPr>
              <w:spacing w:after="0"/>
              <w:jc w:val="both"/>
              <w:rPr>
                <w:lang w:val="lv-LV"/>
              </w:rPr>
            </w:pPr>
          </w:p>
        </w:tc>
        <w:tc>
          <w:tcPr>
            <w:tcW w:w="1984" w:type="dxa"/>
            <w:tcMar>
              <w:top w:w="70" w:type="dxa"/>
              <w:left w:w="70" w:type="dxa"/>
              <w:bottom w:w="70" w:type="dxa"/>
              <w:right w:w="70" w:type="dxa"/>
            </w:tcMar>
            <w:vAlign w:val="center"/>
          </w:tcPr>
          <w:p w14:paraId="7FFEB837" w14:textId="77777777" w:rsidR="00022F0B" w:rsidRPr="00C2267F" w:rsidRDefault="00022F0B" w:rsidP="00C2267F">
            <w:pPr>
              <w:spacing w:after="0"/>
              <w:jc w:val="both"/>
              <w:rPr>
                <w:lang w:val="lv-LV"/>
              </w:rPr>
            </w:pPr>
          </w:p>
        </w:tc>
      </w:tr>
      <w:tr w:rsidR="00022F0B" w:rsidRPr="00C2267F" w14:paraId="2C4456E8" w14:textId="77777777">
        <w:trPr>
          <w:jc w:val="center"/>
        </w:trPr>
        <w:tc>
          <w:tcPr>
            <w:tcW w:w="737" w:type="dxa"/>
            <w:tcMar>
              <w:top w:w="70" w:type="dxa"/>
              <w:left w:w="70" w:type="dxa"/>
              <w:bottom w:w="70" w:type="dxa"/>
              <w:right w:w="70" w:type="dxa"/>
            </w:tcMar>
            <w:vAlign w:val="center"/>
          </w:tcPr>
          <w:p w14:paraId="6F0C4CDA" w14:textId="77777777" w:rsidR="00022F0B" w:rsidRPr="00C2267F" w:rsidRDefault="00000000" w:rsidP="00C2267F">
            <w:pPr>
              <w:spacing w:after="0"/>
              <w:jc w:val="both"/>
              <w:rPr>
                <w:lang w:val="lv-LV"/>
              </w:rPr>
            </w:pPr>
            <w:r w:rsidRPr="00C2267F">
              <w:rPr>
                <w:sz w:val="21"/>
                <w:lang w:val="lv-LV"/>
              </w:rPr>
              <w:t>2.</w:t>
            </w:r>
          </w:p>
        </w:tc>
        <w:tc>
          <w:tcPr>
            <w:tcW w:w="2098" w:type="dxa"/>
            <w:tcMar>
              <w:top w:w="70" w:type="dxa"/>
              <w:left w:w="70" w:type="dxa"/>
              <w:bottom w:w="70" w:type="dxa"/>
              <w:right w:w="70" w:type="dxa"/>
            </w:tcMar>
            <w:vAlign w:val="center"/>
          </w:tcPr>
          <w:p w14:paraId="45ED36D7" w14:textId="77777777" w:rsidR="00022F0B" w:rsidRPr="00C2267F" w:rsidRDefault="00022F0B" w:rsidP="00C2267F">
            <w:pPr>
              <w:spacing w:after="0"/>
              <w:jc w:val="both"/>
              <w:rPr>
                <w:lang w:val="lv-LV"/>
              </w:rPr>
            </w:pPr>
          </w:p>
        </w:tc>
        <w:tc>
          <w:tcPr>
            <w:tcW w:w="1871" w:type="dxa"/>
            <w:tcMar>
              <w:top w:w="70" w:type="dxa"/>
              <w:left w:w="70" w:type="dxa"/>
              <w:bottom w:w="70" w:type="dxa"/>
              <w:right w:w="70" w:type="dxa"/>
            </w:tcMar>
            <w:vAlign w:val="center"/>
          </w:tcPr>
          <w:p w14:paraId="385DA275" w14:textId="77777777" w:rsidR="00022F0B" w:rsidRPr="00C2267F" w:rsidRDefault="00022F0B" w:rsidP="00C2267F">
            <w:pPr>
              <w:spacing w:after="0"/>
              <w:jc w:val="both"/>
              <w:rPr>
                <w:lang w:val="lv-LV"/>
              </w:rPr>
            </w:pPr>
          </w:p>
        </w:tc>
        <w:tc>
          <w:tcPr>
            <w:tcW w:w="3005" w:type="dxa"/>
            <w:tcMar>
              <w:top w:w="70" w:type="dxa"/>
              <w:left w:w="70" w:type="dxa"/>
              <w:bottom w:w="70" w:type="dxa"/>
              <w:right w:w="70" w:type="dxa"/>
            </w:tcMar>
            <w:vAlign w:val="center"/>
          </w:tcPr>
          <w:p w14:paraId="7B2E3FDC" w14:textId="77777777" w:rsidR="00022F0B" w:rsidRPr="00C2267F" w:rsidRDefault="00022F0B" w:rsidP="00C2267F">
            <w:pPr>
              <w:spacing w:after="0"/>
              <w:jc w:val="both"/>
              <w:rPr>
                <w:lang w:val="lv-LV"/>
              </w:rPr>
            </w:pPr>
          </w:p>
        </w:tc>
        <w:tc>
          <w:tcPr>
            <w:tcW w:w="1984" w:type="dxa"/>
            <w:tcMar>
              <w:top w:w="70" w:type="dxa"/>
              <w:left w:w="70" w:type="dxa"/>
              <w:bottom w:w="70" w:type="dxa"/>
              <w:right w:w="70" w:type="dxa"/>
            </w:tcMar>
            <w:vAlign w:val="center"/>
          </w:tcPr>
          <w:p w14:paraId="3854E790" w14:textId="77777777" w:rsidR="00022F0B" w:rsidRPr="00C2267F" w:rsidRDefault="00022F0B" w:rsidP="00C2267F">
            <w:pPr>
              <w:spacing w:after="0"/>
              <w:jc w:val="both"/>
              <w:rPr>
                <w:lang w:val="lv-LV"/>
              </w:rPr>
            </w:pPr>
          </w:p>
        </w:tc>
      </w:tr>
    </w:tbl>
    <w:p w14:paraId="54C6C2B8" w14:textId="77777777" w:rsidR="00022F0B" w:rsidRPr="00C2267F" w:rsidRDefault="00000000" w:rsidP="00C2267F">
      <w:pPr>
        <w:jc w:val="both"/>
        <w:rPr>
          <w:lang w:val="lv-LV"/>
        </w:rPr>
      </w:pPr>
      <w:r w:rsidRPr="00C2267F">
        <w:rPr>
          <w:lang w:val="lv-LV"/>
        </w:rPr>
        <w:br w:type="page"/>
      </w:r>
    </w:p>
    <w:p w14:paraId="6828EEC6" w14:textId="77777777" w:rsidR="00022F0B" w:rsidRPr="00C2267F" w:rsidRDefault="00000000" w:rsidP="00244552">
      <w:pPr>
        <w:jc w:val="right"/>
        <w:rPr>
          <w:lang w:val="lv-LV"/>
        </w:rPr>
      </w:pPr>
      <w:r w:rsidRPr="00C2267F">
        <w:rPr>
          <w:lang w:val="lv-LV"/>
        </w:rPr>
        <w:lastRenderedPageBreak/>
        <w:t>Pielikums Nr. 3</w:t>
      </w:r>
    </w:p>
    <w:p w14:paraId="055D0B48" w14:textId="77777777" w:rsidR="00022F0B" w:rsidRPr="00C2267F" w:rsidRDefault="00000000" w:rsidP="00244552">
      <w:pPr>
        <w:jc w:val="center"/>
        <w:rPr>
          <w:lang w:val="lv-LV"/>
        </w:rPr>
      </w:pPr>
      <w:r w:rsidRPr="00C2267F">
        <w:rPr>
          <w:b/>
          <w:sz w:val="26"/>
          <w:lang w:val="lv-LV"/>
        </w:rPr>
        <w:t>Finanšu piedāvājums</w:t>
      </w:r>
    </w:p>
    <w:p w14:paraId="353A8C13" w14:textId="31BBDD6F" w:rsidR="000260C2" w:rsidRDefault="00000000" w:rsidP="000260C2">
      <w:pPr>
        <w:jc w:val="center"/>
      </w:pPr>
      <w:r w:rsidRPr="00C2267F">
        <w:rPr>
          <w:lang w:val="lv-LV"/>
        </w:rPr>
        <w:t xml:space="preserve">Iepirkumam </w:t>
      </w:r>
      <w:r w:rsidR="000260C2">
        <w:rPr>
          <w:lang w:val="lv-LV"/>
        </w:rPr>
        <w:t>“</w:t>
      </w:r>
      <w:r w:rsidR="000260C2">
        <w:rPr>
          <w:b/>
          <w:color w:val="1F1F1F"/>
        </w:rPr>
        <w:t>Būvdarbi objektā “Salu ferma” LAD projekta Nr. 26-04-C0LA0413-000048 ietvaros”</w:t>
      </w:r>
    </w:p>
    <w:p w14:paraId="5D868B77" w14:textId="221C90FE" w:rsidR="00022F0B" w:rsidRPr="00C2267F" w:rsidRDefault="00000000" w:rsidP="00244552">
      <w:pPr>
        <w:jc w:val="center"/>
        <w:rPr>
          <w:lang w:val="lv-LV"/>
        </w:rPr>
      </w:pPr>
      <w:r w:rsidRPr="00C2267F">
        <w:rPr>
          <w:lang w:val="lv-LV"/>
        </w:rPr>
        <w:t>”</w:t>
      </w:r>
    </w:p>
    <w:p w14:paraId="23C2CDE8" w14:textId="77777777" w:rsidR="00244552" w:rsidRDefault="00244552" w:rsidP="00C2267F">
      <w:pPr>
        <w:jc w:val="both"/>
        <w:rPr>
          <w:lang w:val="lv-LV"/>
        </w:rPr>
      </w:pPr>
    </w:p>
    <w:p w14:paraId="0DA14AEC" w14:textId="717EAD14" w:rsidR="00022F0B" w:rsidRPr="00C2267F" w:rsidRDefault="00000000" w:rsidP="00C2267F">
      <w:pPr>
        <w:jc w:val="both"/>
        <w:rPr>
          <w:lang w:val="lv-LV"/>
        </w:rPr>
      </w:pPr>
      <w:r w:rsidRPr="00C2267F">
        <w:rPr>
          <w:lang w:val="lv-LV"/>
        </w:rPr>
        <w:t>Pretendents piedāvā veikt iepirkuma tehniskajā specifikācijā noteiktos darbus par šādu līgumcenu:</w:t>
      </w:r>
    </w:p>
    <w:tbl>
      <w:tblPr>
        <w:tblStyle w:val="TableGrid"/>
        <w:tblW w:w="0" w:type="auto"/>
        <w:jc w:val="center"/>
        <w:tblLook w:val="04A0" w:firstRow="1" w:lastRow="0" w:firstColumn="1" w:lastColumn="0" w:noHBand="0" w:noVBand="1"/>
      </w:tblPr>
      <w:tblGrid>
        <w:gridCol w:w="4535"/>
        <w:gridCol w:w="4535"/>
      </w:tblGrid>
      <w:tr w:rsidR="00022F0B" w:rsidRPr="00E81F06" w14:paraId="4CEBD02B" w14:textId="77777777">
        <w:trPr>
          <w:jc w:val="center"/>
        </w:trPr>
        <w:tc>
          <w:tcPr>
            <w:tcW w:w="4535" w:type="dxa"/>
            <w:tcMar>
              <w:top w:w="70" w:type="dxa"/>
              <w:left w:w="70" w:type="dxa"/>
              <w:bottom w:w="70" w:type="dxa"/>
              <w:right w:w="70" w:type="dxa"/>
            </w:tcMar>
            <w:vAlign w:val="center"/>
          </w:tcPr>
          <w:p w14:paraId="7FC3E86B" w14:textId="77777777" w:rsidR="00022F0B" w:rsidRPr="00C2267F" w:rsidRDefault="00000000" w:rsidP="00C2267F">
            <w:pPr>
              <w:spacing w:after="0"/>
              <w:jc w:val="both"/>
              <w:rPr>
                <w:lang w:val="lv-LV"/>
              </w:rPr>
            </w:pPr>
            <w:r w:rsidRPr="00C2267F">
              <w:rPr>
                <w:sz w:val="21"/>
                <w:lang w:val="lv-LV"/>
              </w:rPr>
              <w:t>Piedāvājuma cena EUR (bez PVN)</w:t>
            </w:r>
          </w:p>
        </w:tc>
        <w:tc>
          <w:tcPr>
            <w:tcW w:w="4535" w:type="dxa"/>
            <w:tcMar>
              <w:top w:w="70" w:type="dxa"/>
              <w:left w:w="70" w:type="dxa"/>
              <w:bottom w:w="70" w:type="dxa"/>
              <w:right w:w="70" w:type="dxa"/>
            </w:tcMar>
            <w:vAlign w:val="center"/>
          </w:tcPr>
          <w:p w14:paraId="19B842EA" w14:textId="77777777" w:rsidR="00022F0B" w:rsidRPr="00C2267F" w:rsidRDefault="00022F0B" w:rsidP="00C2267F">
            <w:pPr>
              <w:spacing w:after="0"/>
              <w:jc w:val="both"/>
              <w:rPr>
                <w:lang w:val="lv-LV"/>
              </w:rPr>
            </w:pPr>
          </w:p>
        </w:tc>
      </w:tr>
      <w:tr w:rsidR="00022F0B" w:rsidRPr="00C2267F" w14:paraId="5E26C3E0" w14:textId="77777777">
        <w:trPr>
          <w:jc w:val="center"/>
        </w:trPr>
        <w:tc>
          <w:tcPr>
            <w:tcW w:w="4535" w:type="dxa"/>
            <w:tcMar>
              <w:top w:w="70" w:type="dxa"/>
              <w:left w:w="70" w:type="dxa"/>
              <w:bottom w:w="70" w:type="dxa"/>
              <w:right w:w="70" w:type="dxa"/>
            </w:tcMar>
            <w:vAlign w:val="center"/>
          </w:tcPr>
          <w:p w14:paraId="0D9DCE34" w14:textId="77777777" w:rsidR="00022F0B" w:rsidRPr="00C2267F" w:rsidRDefault="00000000" w:rsidP="00C2267F">
            <w:pPr>
              <w:spacing w:after="0"/>
              <w:jc w:val="both"/>
              <w:rPr>
                <w:lang w:val="lv-LV"/>
              </w:rPr>
            </w:pPr>
            <w:r w:rsidRPr="00C2267F">
              <w:rPr>
                <w:sz w:val="21"/>
                <w:lang w:val="lv-LV"/>
              </w:rPr>
              <w:t>PVN 21%</w:t>
            </w:r>
          </w:p>
        </w:tc>
        <w:tc>
          <w:tcPr>
            <w:tcW w:w="4535" w:type="dxa"/>
            <w:tcMar>
              <w:top w:w="70" w:type="dxa"/>
              <w:left w:w="70" w:type="dxa"/>
              <w:bottom w:w="70" w:type="dxa"/>
              <w:right w:w="70" w:type="dxa"/>
            </w:tcMar>
            <w:vAlign w:val="center"/>
          </w:tcPr>
          <w:p w14:paraId="79FC466D" w14:textId="77777777" w:rsidR="00022F0B" w:rsidRPr="00C2267F" w:rsidRDefault="00022F0B" w:rsidP="00C2267F">
            <w:pPr>
              <w:spacing w:after="0"/>
              <w:jc w:val="both"/>
              <w:rPr>
                <w:lang w:val="lv-LV"/>
              </w:rPr>
            </w:pPr>
          </w:p>
        </w:tc>
      </w:tr>
      <w:tr w:rsidR="00022F0B" w:rsidRPr="00C2267F" w14:paraId="772A86CE" w14:textId="77777777">
        <w:trPr>
          <w:jc w:val="center"/>
        </w:trPr>
        <w:tc>
          <w:tcPr>
            <w:tcW w:w="4535" w:type="dxa"/>
            <w:tcMar>
              <w:top w:w="70" w:type="dxa"/>
              <w:left w:w="70" w:type="dxa"/>
              <w:bottom w:w="70" w:type="dxa"/>
              <w:right w:w="70" w:type="dxa"/>
            </w:tcMar>
            <w:vAlign w:val="center"/>
          </w:tcPr>
          <w:p w14:paraId="10354105" w14:textId="77777777" w:rsidR="00022F0B" w:rsidRPr="00C2267F" w:rsidRDefault="00000000" w:rsidP="00C2267F">
            <w:pPr>
              <w:spacing w:after="0"/>
              <w:jc w:val="both"/>
              <w:rPr>
                <w:lang w:val="lv-LV"/>
              </w:rPr>
            </w:pPr>
            <w:r w:rsidRPr="00C2267F">
              <w:rPr>
                <w:sz w:val="21"/>
                <w:lang w:val="lv-LV"/>
              </w:rPr>
              <w:t>EUR (ar PVN 21%)</w:t>
            </w:r>
          </w:p>
        </w:tc>
        <w:tc>
          <w:tcPr>
            <w:tcW w:w="4535" w:type="dxa"/>
            <w:tcMar>
              <w:top w:w="70" w:type="dxa"/>
              <w:left w:w="70" w:type="dxa"/>
              <w:bottom w:w="70" w:type="dxa"/>
              <w:right w:w="70" w:type="dxa"/>
            </w:tcMar>
            <w:vAlign w:val="center"/>
          </w:tcPr>
          <w:p w14:paraId="660C0BB8" w14:textId="77777777" w:rsidR="00022F0B" w:rsidRPr="00C2267F" w:rsidRDefault="00022F0B" w:rsidP="00C2267F">
            <w:pPr>
              <w:spacing w:after="0"/>
              <w:jc w:val="both"/>
              <w:rPr>
                <w:lang w:val="lv-LV"/>
              </w:rPr>
            </w:pPr>
          </w:p>
        </w:tc>
      </w:tr>
    </w:tbl>
    <w:p w14:paraId="5C8B9276" w14:textId="77777777" w:rsidR="00244552" w:rsidRDefault="00244552" w:rsidP="00C2267F">
      <w:pPr>
        <w:jc w:val="both"/>
        <w:rPr>
          <w:lang w:val="lv-LV"/>
        </w:rPr>
      </w:pPr>
    </w:p>
    <w:p w14:paraId="35827B6E" w14:textId="7099EFA5" w:rsidR="00022F0B" w:rsidRPr="00C2267F" w:rsidRDefault="00000000" w:rsidP="00C2267F">
      <w:pPr>
        <w:jc w:val="both"/>
        <w:rPr>
          <w:lang w:val="lv-LV"/>
        </w:rPr>
      </w:pPr>
      <w:r w:rsidRPr="00C2267F">
        <w:rPr>
          <w:lang w:val="lv-LV"/>
        </w:rPr>
        <w:t>Pielikumā: tāme Excel formātā.</w:t>
      </w:r>
    </w:p>
    <w:tbl>
      <w:tblPr>
        <w:tblStyle w:val="TableGrid"/>
        <w:tblW w:w="0" w:type="auto"/>
        <w:jc w:val="center"/>
        <w:tblLook w:val="04A0" w:firstRow="1" w:lastRow="0" w:firstColumn="1" w:lastColumn="0" w:noHBand="0" w:noVBand="1"/>
      </w:tblPr>
      <w:tblGrid>
        <w:gridCol w:w="3402"/>
        <w:gridCol w:w="5669"/>
      </w:tblGrid>
      <w:tr w:rsidR="00022F0B" w:rsidRPr="00C2267F" w14:paraId="101A2D26" w14:textId="77777777">
        <w:trPr>
          <w:jc w:val="center"/>
        </w:trPr>
        <w:tc>
          <w:tcPr>
            <w:tcW w:w="3402" w:type="dxa"/>
            <w:tcMar>
              <w:top w:w="70" w:type="dxa"/>
              <w:left w:w="70" w:type="dxa"/>
              <w:bottom w:w="70" w:type="dxa"/>
              <w:right w:w="70" w:type="dxa"/>
            </w:tcMar>
            <w:vAlign w:val="center"/>
          </w:tcPr>
          <w:p w14:paraId="69C608B2" w14:textId="77777777" w:rsidR="00022F0B" w:rsidRPr="00C2267F" w:rsidRDefault="00000000" w:rsidP="00C2267F">
            <w:pPr>
              <w:spacing w:after="0"/>
              <w:jc w:val="both"/>
              <w:rPr>
                <w:lang w:val="lv-LV"/>
              </w:rPr>
            </w:pPr>
            <w:r w:rsidRPr="00C2267F">
              <w:rPr>
                <w:sz w:val="21"/>
                <w:lang w:val="lv-LV"/>
              </w:rPr>
              <w:t>Pretendents</w:t>
            </w:r>
          </w:p>
        </w:tc>
        <w:tc>
          <w:tcPr>
            <w:tcW w:w="5669" w:type="dxa"/>
            <w:tcMar>
              <w:top w:w="70" w:type="dxa"/>
              <w:left w:w="70" w:type="dxa"/>
              <w:bottom w:w="70" w:type="dxa"/>
              <w:right w:w="70" w:type="dxa"/>
            </w:tcMar>
            <w:vAlign w:val="center"/>
          </w:tcPr>
          <w:p w14:paraId="6D48776B" w14:textId="77777777" w:rsidR="00022F0B" w:rsidRPr="00C2267F" w:rsidRDefault="00022F0B" w:rsidP="00C2267F">
            <w:pPr>
              <w:spacing w:after="0"/>
              <w:jc w:val="both"/>
              <w:rPr>
                <w:lang w:val="lv-LV"/>
              </w:rPr>
            </w:pPr>
          </w:p>
        </w:tc>
      </w:tr>
      <w:tr w:rsidR="00022F0B" w:rsidRPr="00C2267F" w14:paraId="2896F3D1" w14:textId="77777777">
        <w:trPr>
          <w:jc w:val="center"/>
        </w:trPr>
        <w:tc>
          <w:tcPr>
            <w:tcW w:w="3402" w:type="dxa"/>
            <w:tcMar>
              <w:top w:w="70" w:type="dxa"/>
              <w:left w:w="70" w:type="dxa"/>
              <w:bottom w:w="70" w:type="dxa"/>
              <w:right w:w="70" w:type="dxa"/>
            </w:tcMar>
            <w:vAlign w:val="center"/>
          </w:tcPr>
          <w:p w14:paraId="5742C639" w14:textId="77777777" w:rsidR="00022F0B" w:rsidRPr="00C2267F" w:rsidRDefault="00000000" w:rsidP="00C2267F">
            <w:pPr>
              <w:spacing w:after="0"/>
              <w:jc w:val="both"/>
              <w:rPr>
                <w:lang w:val="lv-LV"/>
              </w:rPr>
            </w:pPr>
            <w:r w:rsidRPr="00C2267F">
              <w:rPr>
                <w:sz w:val="21"/>
                <w:lang w:val="lv-LV"/>
              </w:rPr>
              <w:t>Reģistrācijas Nr.</w:t>
            </w:r>
          </w:p>
        </w:tc>
        <w:tc>
          <w:tcPr>
            <w:tcW w:w="5669" w:type="dxa"/>
            <w:tcMar>
              <w:top w:w="70" w:type="dxa"/>
              <w:left w:w="70" w:type="dxa"/>
              <w:bottom w:w="70" w:type="dxa"/>
              <w:right w:w="70" w:type="dxa"/>
            </w:tcMar>
            <w:vAlign w:val="center"/>
          </w:tcPr>
          <w:p w14:paraId="37BB541F" w14:textId="77777777" w:rsidR="00022F0B" w:rsidRPr="00C2267F" w:rsidRDefault="00022F0B" w:rsidP="00C2267F">
            <w:pPr>
              <w:spacing w:after="0"/>
              <w:jc w:val="both"/>
              <w:rPr>
                <w:lang w:val="lv-LV"/>
              </w:rPr>
            </w:pPr>
          </w:p>
        </w:tc>
      </w:tr>
    </w:tbl>
    <w:p w14:paraId="42146880" w14:textId="77777777" w:rsidR="00040A68" w:rsidRPr="00C2267F" w:rsidRDefault="00040A68" w:rsidP="00C2267F">
      <w:pPr>
        <w:jc w:val="both"/>
        <w:rPr>
          <w:lang w:val="lv-LV"/>
        </w:rPr>
      </w:pPr>
    </w:p>
    <w:sectPr w:rsidR="00040A68" w:rsidRPr="00C2267F" w:rsidSect="00034616">
      <w:footerReference w:type="default" r:id="rId8"/>
      <w:pgSz w:w="12240" w:h="15840"/>
      <w:pgMar w:top="964" w:right="1134" w:bottom="964" w:left="1134"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9EB3E85" w14:textId="77777777" w:rsidR="00DB750D" w:rsidRDefault="00DB750D">
      <w:pPr>
        <w:spacing w:after="0" w:line="240" w:lineRule="auto"/>
      </w:pPr>
      <w:r>
        <w:separator/>
      </w:r>
    </w:p>
  </w:endnote>
  <w:endnote w:type="continuationSeparator" w:id="0">
    <w:p w14:paraId="298A4435" w14:textId="77777777" w:rsidR="00DB750D" w:rsidRDefault="00DB750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BA"/>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BA"/>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3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DBC763" w14:textId="77777777" w:rsidR="00022F0B" w:rsidRPr="00244552" w:rsidRDefault="00000000">
    <w:pPr>
      <w:pStyle w:val="Footer"/>
      <w:jc w:val="center"/>
      <w:rPr>
        <w:lang w:val="lv-LV"/>
      </w:rPr>
    </w:pPr>
    <w:r w:rsidRPr="00244552">
      <w:rPr>
        <w:lang w:val="lv-LV"/>
      </w:rPr>
      <w:fldChar w:fldCharType="begin"/>
    </w:r>
    <w:r w:rsidRPr="00244552">
      <w:rPr>
        <w:lang w:val="lv-LV"/>
      </w:rPr>
      <w:instrText xml:space="preserve"> PAGE </w:instrText>
    </w:r>
    <w:r w:rsidRPr="00244552">
      <w:rPr>
        <w:lang w:val="lv-LV"/>
      </w:rPr>
      <w:fldChar w:fldCharType="separate"/>
    </w:r>
    <w:r w:rsidR="00C2267F" w:rsidRPr="00244552">
      <w:rPr>
        <w:noProof/>
        <w:lang w:val="lv-LV"/>
      </w:rPr>
      <w:t>1</w:t>
    </w:r>
    <w:r w:rsidRPr="00244552">
      <w:rPr>
        <w:lang w:val="lv-LV"/>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DA38B3E" w14:textId="77777777" w:rsidR="00DB750D" w:rsidRDefault="00DB750D">
      <w:pPr>
        <w:spacing w:after="0" w:line="240" w:lineRule="auto"/>
      </w:pPr>
      <w:r>
        <w:separator/>
      </w:r>
    </w:p>
  </w:footnote>
  <w:footnote w:type="continuationSeparator" w:id="0">
    <w:p w14:paraId="224E866D" w14:textId="77777777" w:rsidR="00DB750D" w:rsidRDefault="00DB750D">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856378507">
    <w:abstractNumId w:val="8"/>
  </w:num>
  <w:num w:numId="2" w16cid:durableId="1936816546">
    <w:abstractNumId w:val="6"/>
  </w:num>
  <w:num w:numId="3" w16cid:durableId="132144418">
    <w:abstractNumId w:val="5"/>
  </w:num>
  <w:num w:numId="4" w16cid:durableId="1980301977">
    <w:abstractNumId w:val="4"/>
  </w:num>
  <w:num w:numId="5" w16cid:durableId="887374092">
    <w:abstractNumId w:val="7"/>
  </w:num>
  <w:num w:numId="6" w16cid:durableId="132866257">
    <w:abstractNumId w:val="3"/>
  </w:num>
  <w:num w:numId="7" w16cid:durableId="1299646816">
    <w:abstractNumId w:val="2"/>
  </w:num>
  <w:num w:numId="8" w16cid:durableId="1231312596">
    <w:abstractNumId w:val="1"/>
  </w:num>
  <w:num w:numId="9" w16cid:durableId="77321294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22F0B"/>
    <w:rsid w:val="000260C2"/>
    <w:rsid w:val="00034616"/>
    <w:rsid w:val="00040A68"/>
    <w:rsid w:val="00045F9A"/>
    <w:rsid w:val="0006063C"/>
    <w:rsid w:val="0015074B"/>
    <w:rsid w:val="001F139E"/>
    <w:rsid w:val="00244552"/>
    <w:rsid w:val="0029639D"/>
    <w:rsid w:val="00326F90"/>
    <w:rsid w:val="00505034"/>
    <w:rsid w:val="00511CA7"/>
    <w:rsid w:val="005E07B7"/>
    <w:rsid w:val="006965E1"/>
    <w:rsid w:val="006A620D"/>
    <w:rsid w:val="007F128C"/>
    <w:rsid w:val="00941BB5"/>
    <w:rsid w:val="00AA1D8D"/>
    <w:rsid w:val="00B47730"/>
    <w:rsid w:val="00C2267F"/>
    <w:rsid w:val="00CB0664"/>
    <w:rsid w:val="00DB64CD"/>
    <w:rsid w:val="00DB707F"/>
    <w:rsid w:val="00DB750D"/>
    <w:rsid w:val="00E43CEC"/>
    <w:rsid w:val="00E81F06"/>
    <w:rsid w:val="00EA0061"/>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152D1266"/>
  <w14:defaultImageDpi w14:val="300"/>
  <w15:docId w15:val="{D56E2DF0-5F9A-4EB2-867C-A3598F443B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60" w:line="252" w:lineRule="auto"/>
    </w:pPr>
    <w:rPr>
      <w:rFonts w:ascii="Times New Roman" w:eastAsia="Times New Roman" w:hAnsi="Times New Roman"/>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4"/>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b/>
      <w:color w:val="17365D" w:themeColor="text2" w:themeShade="BF"/>
      <w:spacing w:val="5"/>
      <w:kern w:val="28"/>
      <w:sz w:val="3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Hyperlink">
    <w:name w:val="Hyperlink"/>
    <w:basedOn w:val="DefaultParagraphFont"/>
    <w:uiPriority w:val="99"/>
    <w:unhideWhenUsed/>
    <w:rsid w:val="000260C2"/>
    <w:rPr>
      <w:color w:val="0000FF" w:themeColor="hyperlink"/>
      <w:u w:val="single"/>
    </w:rPr>
  </w:style>
  <w:style w:type="character" w:styleId="UnresolvedMention">
    <w:name w:val="Unresolved Mention"/>
    <w:basedOn w:val="DefaultParagraphFont"/>
    <w:uiPriority w:val="99"/>
    <w:semiHidden/>
    <w:unhideWhenUsed/>
    <w:rsid w:val="000260C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Metadata/LabelInfo.xml><?xml version="1.0" encoding="utf-8"?>
<clbl:labelList xmlns:clbl="http://schemas.microsoft.com/office/2020/mipLabelMetadata">
  <clbl:label id="{038738ae-c72f-420c-859d-057459f27f26}" enabled="1" method="Standard" siteId="{eba4548d-fc66-4a6a-9ec4-03089f79bbf6}" contentBits="0" removed="0"/>
</clbl:labelList>
</file>

<file path=docProps/app.xml><?xml version="1.0" encoding="utf-8"?>
<Properties xmlns="http://schemas.openxmlformats.org/officeDocument/2006/extended-properties" xmlns:vt="http://schemas.openxmlformats.org/officeDocument/2006/docPropsVTypes">
  <Template>Normal</Template>
  <TotalTime>39</TotalTime>
  <Pages>6</Pages>
  <Words>1807</Words>
  <Characters>10305</Characters>
  <Application>Microsoft Office Word</Application>
  <DocSecurity>0</DocSecurity>
  <Lines>85</Lines>
  <Paragraphs>24</Paragraphs>
  <ScaleCrop>false</ScaleCrop>
  <HeadingPairs>
    <vt:vector size="4" baseType="variant">
      <vt:variant>
        <vt:lpstr>Title</vt:lpstr>
      </vt:variant>
      <vt:variant>
        <vt:i4>1</vt:i4>
      </vt:variant>
      <vt:variant>
        <vt:lpstr>Nosaukums</vt:lpstr>
      </vt:variant>
      <vt:variant>
        <vt:i4>1</vt:i4>
      </vt:variant>
    </vt:vector>
  </HeadingPairs>
  <TitlesOfParts>
    <vt:vector size="2" baseType="lpstr">
      <vt:lpstr/>
      <vt:lpstr/>
    </vt:vector>
  </TitlesOfParts>
  <Manager/>
  <Company/>
  <LinksUpToDate>false</LinksUpToDate>
  <CharactersWithSpaces>12088</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cp:lastModifiedBy>Jelena Predkele</cp:lastModifiedBy>
  <cp:revision>5</cp:revision>
  <cp:lastPrinted>2026-10-14T13:04:00Z</cp:lastPrinted>
  <dcterms:created xsi:type="dcterms:W3CDTF">2013-12-23T23:15:00Z</dcterms:created>
  <dcterms:modified xsi:type="dcterms:W3CDTF">2026-10-14T13:11:00Z</dcterms:modified>
  <cp:category/>
</cp:coreProperties>
</file>